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0.8.0</w:t>
      </w:r>
    </w:p>
    <w:p>
      <w:r>
        <w:t>**Дата:** 2026-10-19</w:t>
      </w:r>
    </w:p>
    <w:p/>
    <w:p>
      <w:pPr>
        <w:pStyle w:val="Heading2"/>
      </w:pPr>
      <w:r>
        <w:t>Что изменилось в 0.8.0</w:t>
      </w:r>
    </w:p>
    <w:p/>
    <w:p>
      <w:r>
        <w:t>Профиль сотрудника (поручение заказчика 19.10.2026):</w:t>
      </w:r>
    </w:p>
    <w:p/>
    <w:p>
      <w:pPr>
        <w:pStyle w:val="ListBullet"/>
      </w:pPr>
      <w:r>
        <w:t>в карточке промера и в шторке замера есть строка **«Кто проводил»**: круг с фото (или с инициалами, если фото нет), ФИО и должность замерщика; нажатие открывает лист **«Профиль»** с почтой, телефоном, внутренним номером и городом;</w:t>
      </w:r>
    </w:p>
    <w:p>
      <w:pPr>
        <w:pStyle w:val="ListBullet"/>
      </w:pPr>
      <w:r>
        <w:t>имя автора нажимается и в списках: хронология и комментарии объекта, журнал выездов в «Промерах»;</w:t>
      </w:r>
    </w:p>
    <w:p>
      <w:pPr>
        <w:pStyle w:val="ListBullet"/>
      </w:pPr>
      <w:r>
        <w:t>в разделе «Люди» у человека видны отчество, телефон, внутренний номер и город, а администратор и суперадминистратор могут их **править**;</w:t>
      </w:r>
    </w:p>
    <w:p>
      <w:pPr>
        <w:pStyle w:val="ListBullet"/>
      </w:pPr>
      <w:r>
        <w:t>на сервере без профиля приложение работает как раньше: в листе будут имя, должность, почта и фото, остальные строки скрыты. Подробно — раздел «Профиль сотрудника» ниже.</w:t>
      </w:r>
    </w:p>
    <w:p/>
    <w:p>
      <w:pPr>
        <w:pStyle w:val="Heading2"/>
      </w:pPr>
      <w:r>
        <w:t>Что изменилось в 0.7.1</w:t>
      </w:r>
    </w:p>
    <w:p/>
    <w:p>
      <w:r>
        <w:t>Проект опоры, введённый замерщиком, подтверждает администратор (решение №72):</w:t>
      </w:r>
    </w:p>
    <w:p/>
    <w:p>
      <w:pPr>
        <w:pStyle w:val="ListBullet"/>
      </w:pPr>
      <w:r>
        <w:t>в разделе «Нормы» третья вкладка **«Предложения проекта»**: ожидающие, принятые и отклонённые предложения;</w:t>
      </w:r>
    </w:p>
    <w:p>
      <w:pPr>
        <w:pStyle w:val="ListBullet"/>
      </w:pPr>
      <w:r>
        <w:t>в карточке опоры — проект, его источник, кем и когда подтверждён, ожидающее предложение;</w:t>
      </w:r>
    </w:p>
    <w:p>
      <w:pPr>
        <w:pStyle w:val="ListBullet"/>
      </w:pPr>
      <w:r>
        <w:t>у нормы «от проекта» с непринятым проектом — пометка «з» и сноска, отклонение от проекта справочно, вердикта нет;</w:t>
      </w:r>
    </w:p>
    <w:p>
      <w:pPr>
        <w:pStyle w:val="ListBullet"/>
      </w:pPr>
      <w:r>
        <w:t>даты читаются и секундами эпохи, и в формате ISO.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(фото, ФИО, должность, контакты и их правка для администратора, 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>
      <w:pPr>
        <w:pStyle w:val="ListBullet2"/>
      </w:pPr>
      <w:r>
        <w:t>Строка **«Кто проводил»** в шторке нажимается и открывает профиль замерщика.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>
      <w:pPr>
        <w:pStyle w:val="Heading2"/>
      </w:pPr>
      <w:r>
        <w:t>Предложения проекта опоры</w:t>
      </w:r>
    </w:p>
    <w:p/>
    <w:p>
      <w:r>
        <w:t>Проектные значения опоры — расстояние от оси пути и высота подвески — подтверждает администратор.</w:t>
      </w:r>
    </w:p>
    <w:p>
      <w:r>
        <w:t>Если замерщик ввёл проект на месте, он не становится проектом сразу: значения ждут решения.</w:t>
      </w:r>
    </w:p>
    <w:p/>
    <w:p>
      <w:r>
        <w:t>Вкладка «Предложения проекта» в разделе «Нормы» показывает опору (вид, номер, станция, участок),</w:t>
      </w:r>
    </w:p>
    <w:p>
      <w:r>
        <w:t>**проект сейчас** с источником («по проектной документации», «введён администратором», «принят</w:t>
      </w:r>
    </w:p>
    <w:p>
      <w:r>
        <w:t>администратором от замерщика»), **предложение** замерщика и кто, когда и почему его внёс. Переключатель</w:t>
      </w:r>
    </w:p>
    <w:p>
      <w:r>
        <w:t>«Ожидают / Принятые / Отклонённые» показывает и разобранные предложения: кто решил, когда, с какой причиной</w:t>
      </w:r>
    </w:p>
    <w:p>
      <w:r>
        <w:t>и сколько замеров пересчитано.</w:t>
      </w:r>
    </w:p>
    <w:p/>
    <w:p>
      <w:pPr>
        <w:pStyle w:val="ListBullet"/>
      </w:pPr>
      <w:r>
        <w:t>**Принять проект** (суперадминистратор и администратор): поля заполнены предложенными значениями;</w:t>
      </w:r>
    </w:p>
    <w:p>
      <w:pPr>
        <w:pStyle w:val="ListBullet2"/>
      </w:pPr>
      <w:r>
        <w:t>причина обязательна. По каждому виду проекта (расстояние, высота): если значение не менять, проектом</w:t>
      </w:r>
    </w:p>
    <w:p>
      <w:pPr>
        <w:pStyle w:val="ListBullet2"/>
      </w:pPr>
      <w:r>
        <w:t>станет значение замерщика (источник «принят от замерщика»); если поправить число — проект будет введён</w:t>
      </w:r>
    </w:p>
    <w:p>
      <w:pPr>
        <w:pStyle w:val="ListBullet2"/>
      </w:pPr>
      <w:r>
        <w:t>администратором; если стереть значение — этот вид не принимается, подтверждённый проект остаётся.</w:t>
      </w:r>
    </w:p>
    <w:p>
      <w:pPr>
        <w:pStyle w:val="ListBullet2"/>
      </w:pPr>
      <w:r>
        <w:t>Когда по обоим видам принимать нечего, запрос не отправляется, приложение пишет «Нечего принимать —</w:t>
      </w:r>
    </w:p>
    <w:p>
      <w:pPr>
        <w:pStyle w:val="ListBullet2"/>
      </w:pPr>
      <w:r>
        <w:t>отклоните предложение». Проект — целое число миллиметров: дробное значение приложение не округляет, а</w:t>
      </w:r>
    </w:p>
    <w:p>
      <w:pPr>
        <w:pStyle w:val="ListBullet2"/>
      </w:pPr>
      <w:r>
        <w:t>отклоняет на месте с подсказкой «Проект — целое число миллиметров, например 3470». Отказы сервера</w:t>
      </w:r>
    </w:p>
    <w:p>
      <w:pPr>
        <w:pStyle w:val="ListBullet2"/>
      </w:pPr>
      <w:r>
        <w:t>показываются его словами; если предложение совпадает с подтверждённым проектом, к ним добавлено</w:t>
      </w:r>
    </w:p>
    <w:p>
      <w:pPr>
        <w:pStyle w:val="ListBullet2"/>
      </w:pPr>
      <w:r>
        <w:t>«Проект уже такой — предложение можно только отклонить», а если значение не принято сервером —</w:t>
      </w:r>
    </w:p>
    <w:p>
      <w:pPr>
        <w:pStyle w:val="ListBullet2"/>
      </w:pPr>
      <w:r>
        <w:t>«Проверьте значения: целые миллиметры». После принятия сервер один раз пересчитывает замеры этой опоры,</w:t>
      </w:r>
    </w:p>
    <w:p>
      <w:pPr>
        <w:pStyle w:val="ListBullet2"/>
      </w:pPr>
      <w:r>
        <w:t>снятые по непринятому проекту.</w:t>
      </w:r>
    </w:p>
    <w:p>
      <w:pPr>
        <w:pStyle w:val="ListBullet"/>
      </w:pPr>
      <w:r>
        <w:t>**Отклонить:** комментарий обязателен; проект опоры остаётся прежним.</w:t>
      </w:r>
    </w:p>
    <w:p/>
    <w:p>
      <w:r>
        <w:t>**Пометка «з».** Пока проект только предложен, у замера с нормой «от проекта» отклонение показано справочно</w:t>
      </w:r>
    </w:p>
    <w:p>
      <w:r>
        <w:t>(«Отклонение от проекта Δ +12 мм справочно (проект 3 480 мм з)») с пометкой: «з — проектное значение введено</w:t>
      </w:r>
    </w:p>
    <w:p>
      <w:r>
        <w:t>замерщиком и не подтверждено; отклонение от проекта приведено справочно, вердикт не выносится». После</w:t>
      </w:r>
    </w:p>
    <w:p>
      <w:r>
        <w:t>подтверждения проекта вердикт выносится обычным порядком.</w:t>
      </w:r>
    </w:p>
    <w:p/>
    <w:p>
      <w:r>
        <w:t>**Карточка опоры** показывает проект, его источник, кем и когда он подтверждён и ожидающее предложение</w:t>
      </w:r>
    </w:p>
    <w:p>
      <w:r>
        <w:t>замерщика. Если сервер не отдал данные проекта, блока 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путь); над ними строка</w:t>
      </w:r>
    </w:p>
    <w:p>
      <w:pPr>
        <w:pStyle w:val="ListBullet2"/>
      </w:pPr>
      <w:r>
        <w:t>**«Кто проводил»** (фото или инициалы, ФИО, должность), нажатие открывает профиль.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Профиль сотрудника</w:t>
      </w:r>
    </w:p>
    <w:p/>
    <w:p>
      <w:r>
        <w:t>Нажатие на автора замера открывает нижний лист **«Профиль»**: фото (без фото — круг с</w:t>
      </w:r>
    </w:p>
    <w:p>
      <w:r>
        <w:t>инициалами), ФИО, должность и контакты. **Пустые поля не показываются** — лист не</w:t>
      </w:r>
    </w:p>
    <w:p>
      <w:r>
        <w:t>пестрит прочерками. Кто проводил замер, видно в карточке промера, в шторке замера, в</w:t>
      </w:r>
    </w:p>
    <w:p>
      <w:r>
        <w:t>хронологии и комментариях объекта и в журнале выездов «Промеров» (там нажимается имя</w:t>
      </w:r>
    </w:p>
    <w:p>
      <w:r>
        <w:t>замерщика, остальная строка открывает выезд, как раньше).</w:t>
      </w:r>
    </w:p>
    <w:p/>
    <w:p>
      <w:pPr>
        <w:pStyle w:val="ListBullet"/>
      </w:pPr>
      <w:r>
        <w:t>**Почта** — рядом кнопка **«Написать»** открывает почтовое приложение с готовым адресом.</w:t>
      </w:r>
    </w:p>
    <w:p>
      <w:pPr>
        <w:pStyle w:val="ListBullet"/>
      </w:pPr>
      <w:r>
        <w:t>**Телефон** — кнопка **«Позвонить»** открывает набор номера; сам звонок вы начинаете</w:t>
      </w:r>
    </w:p>
    <w:p>
      <w:pPr>
        <w:pStyle w:val="ListBullet2"/>
      </w:pPr>
      <w:r>
        <w:t>кнопкой набора. Добавочный после слов «доб.» в набор не попадает.</w:t>
      </w:r>
    </w:p>
    <w:p>
      <w:pPr>
        <w:pStyle w:val="ListBullet"/>
      </w:pPr>
      <w:r>
        <w:t>**Внутренний** и **Город** — только показ.</w:t>
      </w:r>
    </w:p>
    <w:p>
      <w:pPr>
        <w:pStyle w:val="ListBullet"/>
      </w:pPr>
      <w:r>
        <w:t>**Долгое нажатие на любую строку копирует значение** (до Android 13 приложение</w:t>
      </w:r>
    </w:p>
    <w:p>
      <w:pPr>
        <w:pStyle w:val="ListBullet2"/>
      </w:pPr>
      <w:r>
        <w:t>подтверждает копирование сообщением, с Android 13 — система).</w:t>
      </w:r>
    </w:p>
    <w:p/>
    <w:p>
      <w:r>
        <w:t>Контакты автора (телефон, внутренний, город) приходят вместе с замером: профиль автора</w:t>
      </w:r>
    </w:p>
    <w:p>
      <w:r>
        <w:t>видит каждый, кто видит сам замер. Если на сервере профиля ещё нет, лист показывает то,</w:t>
      </w:r>
    </w:p>
    <w:p>
      <w:r>
        <w:t>что сервер отдавал раньше: имя, должность, почту и фото.</w:t>
      </w:r>
    </w:p>
    <w:p/>
    <w:p>
      <w:r>
        <w:t>**В разделе «Люди»** в карточке человека есть блок «Контакты»: почта, телефон, внутренний,</w:t>
      </w:r>
    </w:p>
    <w:p>
      <w:r>
        <w:t>город (пустые не показываются). Кнопка **«Править контакты»** есть только у</w:t>
      </w:r>
    </w:p>
    <w:p>
      <w:r>
        <w:t>администратора и суперадминистратора: окно с четырьмя полями — отчество, телефон,</w:t>
      </w:r>
    </w:p>
    <w:p>
      <w:r>
        <w:t>внутренний номер, город. Сервер принимает поля по пределам длины (отчество и город до</w:t>
      </w:r>
    </w:p>
    <w:p>
      <w:r>
        <w:t>100 знаков, телефон до 32, внутренний до 16); формат телефона не проверяется. Уходит</w:t>
      </w:r>
    </w:p>
    <w:p>
      <w:r>
        <w:t>только то, что вы изменили; очистить поле — стереть его текст. Если сервер отказал,</w:t>
      </w:r>
    </w:p>
    <w:p>
      <w:r>
        <w:t>окно остаётся открытым, а отказ показан его словами с названием поля. Список людей</w:t>
      </w:r>
    </w:p>
    <w:p>
      <w:r>
        <w:t>показывает у каждого круг с фото или инициалами. Телефон, внутренний и город чужого</w:t>
      </w:r>
    </w:p>
    <w:p>
      <w:r>
        <w:t>человека сервер отдаёт только администратору и суперадминистратору (сам человек видит</w:t>
      </w:r>
    </w:p>
    <w:p>
      <w:r>
        <w:t>свои); наблюдателю и замерщику они приходят пустыми и в профиле скрыты.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