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МИГ</w:t>
      </w:r>
    </w:p>
    <w:p/>
    <w:p>
      <w:r>
        <w:t>**Версия приложения:** 0.6.2</w:t>
      </w:r>
    </w:p>
    <w:p>
      <w:r>
        <w:t>**Дата:** 2026-10-02</w:t>
      </w:r>
    </w:p>
    <w:p/>
    <w:p>
      <w:pPr>
        <w:pStyle w:val="Heading2"/>
      </w:pPr>
      <w:r>
        <w:t>Что изменилось в 0.6.1 и 0.6.2</w:t>
      </w:r>
    </w:p>
    <w:p/>
    <w:p>
      <w:r>
        <w:t>Исправления, найденные при проверке на настоящих ответах сервера:</w:t>
      </w:r>
    </w:p>
    <w:p/>
    <w:p>
      <w:pPr>
        <w:pStyle w:val="ListBullet"/>
      </w:pPr>
      <w:r>
        <w:t>список людей читается со страницами сервера (раздел «Люди», фильтр замерщиков на карте, люди в едином поиске);</w:t>
      </w:r>
    </w:p>
    <w:p>
      <w:pPr>
        <w:pStyle w:val="ListBullet"/>
      </w:pPr>
      <w:r>
        <w:t>объекты станции (платформы, опоры) и координаты станции читаются в настоящей форме ответа сервера;</w:t>
      </w:r>
    </w:p>
    <w:p>
      <w:pPr>
        <w:pStyle w:val="ListBullet"/>
      </w:pPr>
      <w:r>
        <w:t>дороги, участки и станции участка загружаются все, а не первые пятьдесят;</w:t>
      </w:r>
    </w:p>
    <w:p>
      <w:pPr>
        <w:pStyle w:val="ListBullet"/>
      </w:pPr>
      <w:r>
        <w:t>на планшете разделы «Справочник», «Люди» и «Промеры» больше не показывают сообщение «Не найдено» при входе, а «Промеры» не закрываются;</w:t>
      </w:r>
    </w:p>
    <w:p>
      <w:pPr>
        <w:pStyle w:val="ListBullet"/>
      </w:pPr>
      <w:r>
        <w:t>в списке «На коррекцию» у объекта названа его разновидность («Платформа № 2»);</w:t>
      </w:r>
    </w:p>
    <w:p>
      <w:pPr>
        <w:pStyle w:val="ListBullet"/>
      </w:pPr>
      <w:r>
        <w:t>сводка станции читается целиком: «кто снимал последним» приходит у сервера объектом, а не строкой (0.6.2);</w:t>
      </w:r>
    </w:p>
    <w:p>
      <w:pPr>
        <w:pStyle w:val="ListBullet"/>
      </w:pPr>
      <w:r>
        <w:t>карта не закрывает приложение, когда с неё уходят в другой раздел, пока подгружаются плитки подложки (0.6.2).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МИГ»,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выбор объекта и даты, «Сформировать» — бланк сервера открывается на экране,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замерщик,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МИГ»,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