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0.4.9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**МИГ-0.4.9.apk**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МИГ-0.4.9.apk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0.4.9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