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МИГ</w:t>
      </w:r>
    </w:p>
    <w:p/>
    <w:p>
      <w:r>
        <w:t xml:space="preserve">**Версия приложения:** 0.4.7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МИГ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МИГ: `https://mig.mig.orbi.su/`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**МИГ-0.4.7.apk**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МИГ-0.4.7.apk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МИГ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МИГ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МИГ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Поиск дальномера, подключение к нему и отчёт о связи.</w:t>
      </w:r>
    </w:p>
    <w:p/>
    <w:p>
      <w:r>
        <w:t>**Как опознаётся прибор.** В первую очередь по служебному признаку, который прибор</w:t>
      </w:r>
    </w:p>
    <w:p>
      <w:r>
        <w:t>передаёт в эфир: он не зависит ни от имени, ни от адреса конкретного экземпляра.</w:t>
      </w:r>
    </w:p>
    <w:p>
      <w:r>
        <w:t>Затем по имени, по префиксу адреса производителя и по памяти телефона — прибор, с</w:t>
      </w:r>
    </w:p>
    <w:p>
      <w:r>
        <w:t>которым связь однажды встала, показывается сразу и во все следующие разы. Это важно</w:t>
      </w:r>
    </w:p>
    <w:p>
      <w:r>
        <w:t>потому, что некоторые приборы **не передают имя в эфире вовсе**: своё название они</w:t>
      </w:r>
    </w:p>
    <w:p>
      <w:r>
        <w:t>сообщают только после подключения.</w:t>
      </w:r>
    </w:p>
    <w:p/>
    <w:p>
      <w:r>
        <w:t>**Список найденных устройств.** Под названием каждой строки написано, опознано ли</w:t>
      </w:r>
    </w:p>
    <w:p>
      <w:r>
        <w:t>устройство как измерительный прибор, как оно найдено (BLE или классический поиск)</w:t>
      </w:r>
    </w:p>
    <w:p>
      <w:r>
        <w:t>и его адрес. Опознанные приборы стоят вверху списка, затем устройства с именем,</w:t>
      </w:r>
    </w:p>
    <w:p>
      <w:r>
        <w:t>затем безымянные: среди трёх десятков посторонних устройств прибор иначе не найти.</w:t>
      </w:r>
    </w:p>
    <w:p/>
    <w:p>
      <w:r>
        <w:t>**Две кнопки показа.** «Показывать только приборы» оставляет в списке то, что</w:t>
      </w:r>
    </w:p>
    <w:p>
      <w:r>
        <w:t>опознано как прибор. «Показать все устройства» показывает весь найденный эфир —</w:t>
      </w:r>
    </w:p>
    <w:p>
      <w:r>
        <w:t>это запасной путь, когда прибор не опознался ни по имени, ни по адресу.</w:t>
      </w:r>
    </w:p>
    <w:p>
      <w:r>
        <w:t>Переключение мгновенное: найденное не теряется и повторный поиск не нужен.</w:t>
      </w:r>
    </w:p>
    <w:p/>
    <w:p>
      <w:r>
        <w:t>**Пустой список объясняет причину.** Если не найдено ничего — приложение просит</w:t>
      </w:r>
    </w:p>
    <w:p>
      <w:r>
        <w:t>включить прибор и повторить поиск. Если найденное есть, но приборов среди него</w:t>
      </w:r>
    </w:p>
    <w:p>
      <w:r>
        <w:t>нет, — приложение так и говорит, называет число найденных устройств и предлагает</w:t>
      </w:r>
    </w:p>
    <w:p>
      <w:r>
        <w:t>показать их все или подключиться по адресу.</w:t>
      </w:r>
    </w:p>
    <w:p/>
    <w:p>
      <w:r>
        <w:t>**Подключение по адресу** нужно, когда прибор не передаёт имя в эфире. Адрес</w:t>
      </w:r>
    </w:p>
    <w:p>
      <w:r>
        <w:t>показан на самом приборе: меню → Инф. о приборе → Адрес Bt.</w:t>
      </w:r>
    </w:p>
    <w:p/>
    <w:p>
      <w:r>
        <w:t>**Отчёт о подключении** и кнопка «Сообщить о проблеме с дальномером» собирают</w:t>
      </w:r>
    </w:p>
    <w:p>
      <w:r>
        <w:t>журнал связи и отправляют его на сервер.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настройки</w:t>
      </w:r>
    </w:p>
    <w:p/>
    <w:p>
      <w:r>
        <w:t>Версия приложения, пользователь и режим работы, подключённый прибор, переходы в</w:t>
      </w:r>
    </w:p>
    <w:p>
      <w:r>
        <w:t>разделы и настройки.</w:t>
      </w:r>
    </w:p>
    <w:p/>
    <w:p>
      <w:r>
        <w:t>Порядок сверху вниз: сведения о версии и пользователе, режим работы (со связью</w:t>
      </w:r>
    </w:p>
    <w:p>
      <w:r>
        <w:t>или автономный), подключённое устройство, кнопки «Настройки блютуз» и</w:t>
      </w:r>
    </w:p>
    <w:p>
      <w:r>
        <w:t>«Синхронизация с сервером», «Фото синхронизация» и «Лаборатория», затем «Быстрый</w:t>
      </w:r>
    </w:p>
    <w:p>
      <w:r>
        <w:t>замер», «Проверить обновления», переключатель «Управление дальномером из</w:t>
      </w:r>
    </w:p>
    <w:p>
      <w:r>
        <w:t>приложения», «Мои дороги», «Отправить журнал работы» и «Выйти».</w:t>
      </w:r>
    </w:p>
    <w:p/>
    <w:p>
      <w:r>
        <w:t>**Управление дальномером из приложения.** Когда включено, приложение само задаёт</w:t>
      </w:r>
    </w:p>
    <w:p>
      <w:r>
        <w:t>прибору режим измерения и точку отсчёта при выборе вида замера — и **проверяет,</w:t>
      </w:r>
    </w:p>
    <w:p>
      <w:r>
        <w:t>что прибор действительно переключился**: подтверждением считается режим в ответном</w:t>
      </w:r>
    </w:p>
    <w:p>
      <w:r>
        <w:t>кадре прибора, а не то, что команда ушла. При успехе выводится сообщение</w:t>
      </w:r>
    </w:p>
    <w:p>
      <w:r>
        <w:t>«Дальномер переведён в режим … автоматически». Если подтверждения нет, приложение</w:t>
      </w:r>
    </w:p>
    <w:p>
      <w:r>
        <w:t>говорит об этом прямо и просит переключить режим на самом приборе. Выключайте</w:t>
      </w:r>
    </w:p>
    <w:p>
      <w:r>
        <w:t>переключатель только с прибором в руках: если замеры перестанут приходить —</w:t>
      </w:r>
    </w:p>
    <w:p>
      <w:r>
        <w:t>выключите, и режим придётся выставлять вручную.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последним: наклонная, угол, горизонталь и высота.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МИГ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0.4.7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