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Приложение администратора МИГ</w:t>
      </w:r>
    </w:p>
    <w:p/>
    <w:p>
      <w:r>
        <w:t>**Версия приложения:** 0.2.0</w:t>
      </w:r>
    </w:p>
    <w:p>
      <w:r>
        <w:t>**Дата:** 2026-09-23</w:t>
      </w:r>
    </w:p>
    <w:p/>
    <w:p>
      <w:pPr>
        <w:pStyle w:val="Heading2"/>
      </w:pPr>
      <w:r>
        <w:t>Что это за приложение и чем оно не является</w:t>
      </w:r>
    </w:p>
    <w:p/>
    <w:p>
      <w:r>
        <w:t>Приложение администратора — **отдельное приложение**, а не режим приложения</w:t>
      </w:r>
    </w:p>
    <w:p>
      <w:r>
        <w:t>замерщика. Оно ставится рядом, своим значком, и работает с людьми и их правами.</w:t>
      </w:r>
    </w:p>
    <w:p/>
    <w:p>
      <w:r>
        <w:t>**Замеров в нём нет вовсе.** Ни дальномера, ни расчётов, ни ведомостей, ни работы</w:t>
      </w:r>
    </w:p>
    <w:p>
      <w:r>
        <w:t>без связи. Всё это — приложение замерщика «Альфа МИГ», которое живёт своей</w:t>
      </w:r>
    </w:p>
    <w:p>
      <w:r>
        <w:t>жизнью и обновляется отдельно.</w:t>
      </w:r>
    </w:p>
    <w:p/>
    <w:p>
      <w:r>
        <w:t>Приложение администратора работает **только при связи с сервером**: своей базы</w:t>
      </w:r>
    </w:p>
    <w:p>
      <w:r>
        <w:t>у него нет, и в поле без сети оно бесполезно. Это осознанное устройство, а не</w:t>
      </w:r>
    </w:p>
    <w:p>
      <w:r>
        <w:t>недоработка: администратор работает за столом, а не на путях.</w:t>
      </w:r>
    </w:p>
    <w:p/>
    <w:p>
      <w:pPr>
        <w:pStyle w:val="Heading2"/>
      </w:pPr>
      <w:r>
        <w:t>Что приложение умеет в этой версии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Раздел</w:t>
            </w:r>
          </w:p>
        </w:tc>
        <w:tc>
          <w:tcPr>
            <w:tcW w:type="dxa" w:w="4320"/>
          </w:tcPr>
          <w:p>
            <w:r>
              <w:t>Что можно</w:t>
            </w:r>
          </w:p>
        </w:tc>
      </w:tr>
      <w:tr>
        <w:tc>
          <w:tcPr>
            <w:tcW w:type="dxa" w:w="4320"/>
          </w:tcPr>
          <w:p>
            <w:r>
              <w:t>Вход</w:t>
            </w:r>
          </w:p>
        </w:tc>
        <w:tc>
          <w:tcPr>
            <w:tcW w:type="dxa" w:w="4320"/>
          </w:tcPr>
          <w:p>
            <w:r>
              <w:t>войти под своей учётной записью, выйти</w:t>
            </w:r>
          </w:p>
        </w:tc>
      </w:tr>
      <w:tr>
        <w:tc>
          <w:tcPr>
            <w:tcW w:type="dxa" w:w="4320"/>
          </w:tcPr>
          <w:p>
            <w:r>
              <w:t>Люди</w:t>
            </w:r>
          </w:p>
        </w:tc>
        <w:tc>
          <w:tcPr>
            <w:tcW w:type="dxa" w:w="4320"/>
          </w:tcPr>
          <w:p>
            <w:r>
              <w:t>список работников, поиск по нему</w:t>
            </w:r>
          </w:p>
        </w:tc>
      </w:tr>
      <w:tr>
        <w:tc>
          <w:tcPr>
            <w:tcW w:type="dxa" w:w="4320"/>
          </w:tcPr>
          <w:p>
            <w:r>
              <w:t>Карточка работника</w:t>
            </w:r>
          </w:p>
        </w:tc>
        <w:tc>
          <w:tcPr>
            <w:tcW w:type="dxa" w:w="4320"/>
          </w:tcPr>
          <w:p>
            <w:r>
              <w:t>посмотреть и изменить сведения, сменить пароль, заморозить учётную запись</w:t>
            </w:r>
          </w:p>
        </w:tc>
      </w:tr>
      <w:tr>
        <w:tc>
          <w:tcPr>
            <w:tcW w:type="dxa" w:w="4320"/>
          </w:tcPr>
          <w:p>
            <w:r>
              <w:t>Заведение работника</w:t>
            </w:r>
          </w:p>
        </w:tc>
        <w:tc>
          <w:tcPr>
            <w:tcW w:type="dxa" w:w="4320"/>
          </w:tcPr>
          <w:p>
            <w:r>
              <w:t>создать учётную запись, назначить роль</w:t>
            </w:r>
          </w:p>
        </w:tc>
      </w:tr>
      <w:tr>
        <w:tc>
          <w:tcPr>
            <w:tcW w:type="dxa" w:w="4320"/>
          </w:tcPr>
          <w:p>
            <w:r>
              <w:t>Область доступа</w:t>
            </w:r>
          </w:p>
        </w:tc>
        <w:tc>
          <w:tcPr>
            <w:tcW w:type="dxa" w:w="4320"/>
          </w:tcPr>
          <w:p>
            <w:r>
              <w:t>выдать человеку дороги, участки и станции по дереву справочника</w:t>
            </w:r>
          </w:p>
        </w:tc>
      </w:tr>
    </w:tbl>
    <w:p>
      <w:r>
        <w:t>|---|---|</w:t>
      </w:r>
    </w:p>
    <w:p/>
    <w:p>
      <w:pPr>
        <w:pStyle w:val="Heading2"/>
      </w:pPr>
      <w:r>
        <w:t>Чего в этой версии ещё нет</w:t>
      </w:r>
    </w:p>
    <w:p/>
    <w:p>
      <w:r>
        <w:t>Говорим прямо, чтобы не искали:</w:t>
      </w:r>
    </w:p>
    <w:p/>
    <w:p>
      <w:pPr>
        <w:pStyle w:val="ListBullet"/>
      </w:pPr>
      <w:r>
        <w:t>**Станций, объектов и замеров** — этих разделов нет. Они появятся, когда будет</w:t>
      </w:r>
    </w:p>
    <w:p>
      <w:pPr>
        <w:pStyle w:val="ListBullet2"/>
      </w:pPr>
      <w:r>
        <w:t>решено, что именно администратор вправе видеть в чужих замерах.</w:t>
      </w:r>
    </w:p>
    <w:p>
      <w:pPr>
        <w:pStyle w:val="ListBullet"/>
      </w:pPr>
      <w:r>
        <w:t>**Приёмки замеров** — принять или отклонить замер из приложения нельзя.</w:t>
      </w:r>
    </w:p>
    <w:p>
      <w:pPr>
        <w:pStyle w:val="ListBullet"/>
      </w:pPr>
      <w:r>
        <w:t>**Отчётов и ведомостей** — они собираются в веб-кабинете.</w:t>
      </w:r>
    </w:p>
    <w:p/>
    <w:p>
      <w:r>
        <w:t>Всё перечисленное сегодня делается в веб-кабинете: `https://mig.orbi.su` для МИГ и</w:t>
      </w:r>
    </w:p>
    <w:p>
      <w:r>
        <w:t>`https://drp.orbi.su` для ДРП.</w:t>
      </w:r>
    </w:p>
    <w:p/>
    <w:p>
      <w:pPr>
        <w:pStyle w:val="Heading2"/>
      </w:pPr>
      <w:r>
        <w:t>Установка</w:t>
      </w:r>
    </w:p>
    <w:p/>
    <w:p>
      <w:r>
        <w:t>1. Откройте на телефоне страницу `https://orbi.su` и наведите камеру на QR-код</w:t>
      </w:r>
    </w:p>
    <w:p>
      <w:pPr>
        <w:pStyle w:val="ListBullet2"/>
      </w:pPr>
      <w:r>
        <w:t>карточки «Администратор МИГ», либо нажмите кнопку скачивания.</w:t>
      </w:r>
    </w:p>
    <w:p>
      <w:r>
        <w:t>2. Разрешите установку из этого источника, если Android спросит.</w:t>
      </w:r>
    </w:p>
    <w:p>
      <w:r>
        <w:t>3. Установите и откройте приложение.</w:t>
      </w:r>
    </w:p>
    <w:p/>
    <w:p>
      <w:r>
        <w:t>Приложение администратора и приложение замерщика **не мешают друг другу**: у них</w:t>
      </w:r>
    </w:p>
    <w:p>
      <w:r>
        <w:t>разные значки, разные названия и разные идентификаторы. Их можно держать на одном</w:t>
      </w:r>
    </w:p>
    <w:p>
      <w:r>
        <w:t>телефоне одновременно.</w:t>
      </w:r>
    </w:p>
    <w:p/>
    <w:p>
      <w:pPr>
        <w:pStyle w:val="Heading2"/>
      </w:pPr>
      <w:r>
        <w:t>Вход</w:t>
      </w:r>
    </w:p>
    <w:p/>
    <w:p>
      <w:r>
        <w:t>Логин и пароль выдаёт суперадминистратор или ваш администратор. Вход идёт по</w:t>
      </w:r>
    </w:p>
    <w:p>
      <w:r>
        <w:t>**имени учётной записи**, не по адресу почты.</w:t>
      </w:r>
    </w:p>
    <w:p/>
    <w:p>
      <w:r>
        <w:t>Если вход не проходит:</w:t>
      </w:r>
    </w:p>
    <w:p/>
    <w:p>
      <w:pPr>
        <w:pStyle w:val="ListBullet"/>
      </w:pPr>
      <w:r>
        <w:t>**«Неверные данные»** — опечатка в имени или пароле;</w:t>
      </w:r>
    </w:p>
    <w:p>
      <w:pPr>
        <w:pStyle w:val="ListBullet"/>
      </w:pPr>
      <w:r>
        <w:t>**«Учётная запись отключена»** — вашу запись заморозили, обратитесь к</w:t>
      </w:r>
    </w:p>
    <w:p>
      <w:pPr>
        <w:pStyle w:val="ListBullet2"/>
      </w:pPr>
      <w:r>
        <w:t>суперадминистратору;</w:t>
      </w:r>
    </w:p>
    <w:p>
      <w:pPr>
        <w:pStyle w:val="ListBullet"/>
      </w:pPr>
      <w:r>
        <w:t>**нет ответа, крутится ожидание** — нет связи с сервером. Проверьте, открывается</w:t>
      </w:r>
    </w:p>
    <w:p>
      <w:pPr>
        <w:pStyle w:val="ListBullet2"/>
      </w:pPr>
      <w:r>
        <w:t>ли в браузере телефона `https://api.mig.orbi.su` (для ДРП — `api.drp.orbi.su`).</w:t>
      </w:r>
    </w:p>
    <w:p/>
    <w:p>
      <w:pPr>
        <w:pStyle w:val="Heading2"/>
      </w:pPr>
      <w:r>
        <w:t>Правила, которые приложение соблюдает</w:t>
      </w:r>
    </w:p>
    <w:p/>
    <w:p>
      <w:r>
        <w:t>Эти ограничения заданы на сервере, и обойти их из приложения нельзя:</w:t>
      </w:r>
    </w:p>
    <w:p/>
    <w:p>
      <w:r>
        <w:t>1. **Нельзя трогать равного и старшего.** Администратор не может ни сменить пароль,</w:t>
      </w:r>
    </w:p>
    <w:p>
      <w:pPr>
        <w:pStyle w:val="ListBullet2"/>
      </w:pPr>
      <w:r>
        <w:t>ни заморозить, ни даже открыть карточку другого администратора или</w:t>
      </w:r>
    </w:p>
    <w:p>
      <w:pPr>
        <w:pStyle w:val="ListBullet2"/>
      </w:pPr>
      <w:r>
        <w:t>суперадминистратора.</w:t>
      </w:r>
    </w:p>
    <w:p>
      <w:r>
        <w:t>2. **Администратор ведёт только своих.** Видны и доступны только те работники, чья</w:t>
      </w:r>
    </w:p>
    <w:p>
      <w:pPr>
        <w:pStyle w:val="ListBullet2"/>
      </w:pPr>
      <w:r>
        <w:t>область доступа вложена в его собственную.</w:t>
      </w:r>
    </w:p>
    <w:p>
      <w:r>
        <w:t>3. **Роли назначает только суперадминистратор.** Администратор заводит работников и</w:t>
      </w:r>
    </w:p>
    <w:p>
      <w:pPr>
        <w:pStyle w:val="ListBullet2"/>
      </w:pPr>
      <w:r>
        <w:t>выдаёт им области, но не повышает их в роли.</w:t>
      </w:r>
    </w:p>
    <w:p>
      <w:r>
        <w:t>4. **Учётные записи не удаляются, а замораживаются.** За работником числятся его</w:t>
      </w:r>
    </w:p>
    <w:p>
      <w:pPr>
        <w:pStyle w:val="ListBullet2"/>
      </w:pPr>
      <w:r>
        <w:t>замеры — это производственный документ, а не его имущество. Замороженный не</w:t>
      </w:r>
    </w:p>
    <w:p>
      <w:pPr>
        <w:pStyle w:val="ListBullet2"/>
      </w:pPr>
      <w:r>
        <w:t>войдёт ни в кабинет, ни в приложение, но его замеры и история остаются на месте.</w:t>
      </w:r>
    </w:p>
    <w:p/>
    <w:p>
      <w:pPr>
        <w:pStyle w:val="Heading2"/>
      </w:pPr>
      <w:r>
        <w:t>Область доступа</w:t>
      </w:r>
    </w:p>
    <w:p/>
    <w:p>
      <w:r>
        <w:t>Область — это узлы справочника, выданные человеку: дорога, участок, станция или</w:t>
      </w:r>
    </w:p>
    <w:p>
      <w:r>
        <w:t>отдельный объект. Выбор узла открывает **всё подчинённое ему**: выбрали дорогу —</w:t>
      </w:r>
    </w:p>
    <w:p>
      <w:r>
        <w:t>человек видит все её участки, станции и объекты.</w:t>
      </w:r>
    </w:p>
    <w:p/>
    <w:p>
      <w:r>
        <w:t>Если область не задана вовсе, человек видит справочник целиком. Это не ошибка</w:t>
      </w:r>
    </w:p>
    <w:p>
      <w:r>
        <w:t>приложения, а нынешнее правило системы; если для замерщиков и наблюдателей нужно</w:t>
      </w:r>
    </w:p>
    <w:p>
      <w:r>
        <w:t>обратное — скажите, правило меняется на сервере.</w:t>
      </w:r>
    </w:p>
    <w:p/>
    <w:p>
      <w:pPr>
        <w:pStyle w:val="Heading2"/>
      </w:pPr>
      <w:r>
        <w:t>Если что-то пошло не так</w:t>
      </w:r>
    </w:p>
    <w:p/>
    <w:p>
      <w:r>
        <w:t>Сообщите администратору системы: **какое приложение** (администратора или</w:t>
      </w:r>
    </w:p>
    <w:p>
      <w:r>
        <w:t>замерщика), **его версию** (видна на экране входа), **что делали** и **что увидели</w:t>
      </w:r>
    </w:p>
    <w:p>
      <w:r>
        <w:t>дословно**. Снимок экрана помогает больше любого описания.</w:t>
      </w:r>
    </w:p>
    <w:p/>
    <w:p>
      <w:pPr>
        <w:pStyle w:val="Heading2"/>
      </w:pPr>
      <w:r>
        <w:t>Чем это приложение отличается от веб-кабинета</w:t>
      </w:r>
    </w:p>
    <w:p/>
    <w:p>
      <w:r>
        <w:t>Веб-кабинет умеет всё то же и сверх того — справочник, замеры, карты, ведомости и</w:t>
      </w:r>
    </w:p>
    <w:p>
      <w:r>
        <w:t>отчёты. Приложение администратора — для случаев, когда нужно быстро завести</w:t>
      </w:r>
    </w:p>
    <w:p>
      <w:r>
        <w:t>работника или закрыть ему доступ, а компьютера под рукой нет.</w:t>
      </w:r>
    </w:p>
    <w:p/>
    <w:p>
      <w:r>
        <w:t>Пока новый кабинет не взял на себя работу целиком, действующий кабинет остаётся</w:t>
      </w:r>
    </w:p>
    <w:p>
      <w:r>
        <w:t>основным рабочим местом и никуда не денется.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