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Руководство пользователя мобильного приложения МИГ</w:t>
      </w:r>
    </w:p>
    <w:p/>
    <w:p>
      <w:r>
        <w:t xml:space="preserve">**Версия приложения:** 0.1.1 (код ${app-version-code})  </w:t>
      </w:r>
    </w:p>
    <w:p>
      <w:r>
        <w:t xml:space="preserve">**Версия сервера:** 1.0.0  </w:t>
      </w:r>
    </w:p>
    <w:p>
      <w:r>
        <w:t>**Дата:** 2026-09-10</w:t>
      </w:r>
    </w:p>
    <w:p/>
    <w:p>
      <w:pPr>
        <w:pStyle w:val="Heading2"/>
      </w:pPr>
      <w:r>
        <w:t>Обзор приложения</w:t>
      </w:r>
    </w:p>
    <w:p/>
    <w:p>
      <w:r>
        <w:t xml:space="preserve">Приложение МИГ предназначено для **мобильного измерения габаритов подвижного состава и приближения строений** на железнодорожной инфраструктуре ОАО «РЖД». </w:t>
      </w:r>
    </w:p>
    <w:p/>
    <w:p>
      <w:r>
        <w:t>Замерщик в полевых условиях может:</w:t>
      </w:r>
    </w:p>
    <w:p>
      <w:pPr>
        <w:pStyle w:val="ListBullet"/>
      </w:pPr>
      <w:r>
        <w:t>Выполнять замеры с помощью лазерного дальномера Bosch</w:t>
      </w:r>
    </w:p>
    <w:p>
      <w:pPr>
        <w:pStyle w:val="ListBullet"/>
      </w:pPr>
      <w:r>
        <w:t>Сохранять результаты локально на устройстве</w:t>
      </w:r>
    </w:p>
    <w:p>
      <w:pPr>
        <w:pStyle w:val="ListBullet"/>
      </w:pPr>
      <w:r>
        <w:t>Синхронизировать данные с сервером при наличии интернета</w:t>
      </w:r>
    </w:p>
    <w:p>
      <w:pPr>
        <w:pStyle w:val="ListBullet"/>
      </w:pPr>
      <w:r>
        <w:t>Получать обновления приложения и справочников</w:t>
      </w:r>
    </w:p>
    <w:p/>
    <w:p>
      <w:r>
        <w:t>**Минимальные требования:**</w:t>
      </w:r>
    </w:p>
    <w:p>
      <w:pPr>
        <w:pStyle w:val="ListBullet"/>
      </w:pPr>
      <w:r>
        <w:t>Android 6.0 (API уровень 24) и выше</w:t>
      </w:r>
    </w:p>
    <w:p>
      <w:pPr>
        <w:pStyle w:val="ListBullet"/>
      </w:pPr>
      <w:r>
        <w:t>Оперативная память: 2 ГБ</w:t>
      </w:r>
    </w:p>
    <w:p>
      <w:pPr>
        <w:pStyle w:val="ListBullet"/>
      </w:pPr>
      <w:r>
        <w:t>Свободное место: 100 МБ</w:t>
      </w:r>
    </w:p>
    <w:p>
      <w:pPr>
        <w:pStyle w:val="ListBullet"/>
      </w:pPr>
      <w:r>
        <w:t>Bluetooth для подключения дальномера</w:t>
      </w:r>
    </w:p>
    <w:p>
      <w:pPr>
        <w:pStyle w:val="ListBullet"/>
      </w:pPr>
      <w:r>
        <w:t>Интернет-соединение для синхронизации (WiFi или мобильная сеть)</w:t>
      </w:r>
    </w:p>
    <w:p/>
    <w:p>
      <w:pPr>
        <w:pStyle w:val="Heading2"/>
      </w:pPr>
      <w:r>
        <w:t>Установка и обновление</w:t>
      </w:r>
    </w:p>
    <w:p/>
    <w:p>
      <w:pPr>
        <w:pStyle w:val="Heading3"/>
      </w:pPr>
      <w:r>
        <w:t>Скачивание APK</w:t>
      </w:r>
    </w:p>
    <w:p/>
    <w:p>
      <w:r>
        <w:t>1. На компьютере откройте кабинет МИГ: `https://mig.mig.orbi.su/`</w:t>
      </w:r>
    </w:p>
    <w:p>
      <w:r>
        <w:t>2. Введите учётные данные и войдите</w:t>
      </w:r>
    </w:p>
    <w:p>
      <w:r>
        <w:t>3. Откройте раздел **«Загрузки»** или **«Приложение»**</w:t>
      </w:r>
    </w:p>
    <w:p>
      <w:r>
        <w:t>4. Найдите ссылку на **МИГ-0.1.1.apk**</w:t>
      </w:r>
    </w:p>
    <w:p>
      <w:r>
        <w:t>5. Сохраните файл на компьютер</w:t>
      </w:r>
    </w:p>
    <w:p/>
    <w:p>
      <w:pPr>
        <w:pStyle w:val="Heading3"/>
      </w:pPr>
      <w:r>
        <w:t>Установка на телефон</w:t>
      </w:r>
    </w:p>
    <w:p/>
    <w:p>
      <w:r>
        <w:t>1. Подключите телефон к компьютеру USB-кабелем</w:t>
      </w:r>
    </w:p>
    <w:p>
      <w:r>
        <w:t>2. На телефоне разрешите доступ к файлам (если потребует)</w:t>
      </w:r>
    </w:p>
    <w:p>
      <w:r>
        <w:t>3. Найдите файл МИГ-0.1.1.apk в памяти телефона</w:t>
      </w:r>
    </w:p>
    <w:p>
      <w:r>
        <w:t>4. Коснитесь файла для запуска установки</w:t>
      </w:r>
    </w:p>
    <w:p>
      <w:r>
        <w:t>5. Нажмите **«Установить»** в системном диалоге</w:t>
      </w:r>
    </w:p>
    <w:p>
      <w:r>
        <w:t>6. Дождитесь завершения установки</w:t>
      </w:r>
    </w:p>
    <w:p>
      <w:r>
        <w:t>7. Нажмите **«Открыть»** для первого запуска</w:t>
      </w:r>
    </w:p>
    <w:p/>
    <w:p>
      <w:r>
        <w:t>**Если возникает ошибка «Неизвестные источники»:**</w:t>
      </w:r>
    </w:p>
    <w:p>
      <w:pPr>
        <w:pStyle w:val="ListBullet"/>
      </w:pPr>
      <w:r>
        <w:t>Откройте Настройки телефона</w:t>
      </w:r>
    </w:p>
    <w:p>
      <w:pPr>
        <w:pStyle w:val="ListBullet"/>
      </w:pPr>
      <w:r>
        <w:t>Перейдите в **Безопасность** → **Неизвестные источники**</w:t>
      </w:r>
    </w:p>
    <w:p>
      <w:pPr>
        <w:pStyle w:val="ListBullet"/>
      </w:pPr>
      <w:r>
        <w:t>Включите разрешение</w:t>
      </w:r>
    </w:p>
    <w:p>
      <w:pPr>
        <w:pStyle w:val="ListBullet"/>
      </w:pPr>
      <w:r>
        <w:t>Повторите установку</w:t>
      </w:r>
    </w:p>
    <w:p/>
    <w:p>
      <w:pPr>
        <w:pStyle w:val="Heading3"/>
      </w:pPr>
      <w:r>
        <w:t>Обновление приложения</w:t>
      </w:r>
    </w:p>
    <w:p/>
    <w:p>
      <w:r>
        <w:t>Приложение проверяет наличие новой версии при каждом запуске:</w:t>
      </w:r>
    </w:p>
    <w:p>
      <w:pPr>
        <w:pStyle w:val="ListBullet"/>
      </w:pPr>
      <w:r>
        <w:t>Если доступна новая версия, появится уведомление на заставке</w:t>
      </w:r>
    </w:p>
    <w:p>
      <w:pPr>
        <w:pStyle w:val="ListBullet"/>
      </w:pPr>
      <w:r>
        <w:t>Нажмите **«Обновить»** для автоматического скачивания и установки</w:t>
      </w:r>
    </w:p>
    <w:p>
      <w:pPr>
        <w:pStyle w:val="ListBullet"/>
      </w:pPr>
      <w:r>
        <w:t>Обновление можно выполнить **без входа в систему** и **без интернета** (за исключением скачивания)</w:t>
      </w:r>
    </w:p>
    <w:p/>
    <w:p>
      <w:pPr>
        <w:pStyle w:val="Heading2"/>
      </w:pPr>
      <w:r>
        <w:t>Первый запуск и аутентификация</w:t>
      </w:r>
    </w:p>
    <w:p/>
    <w:p>
      <w:pPr>
        <w:pStyle w:val="Heading3"/>
      </w:pPr>
      <w:r>
        <w:t>Заставка приложения</w:t>
      </w:r>
    </w:p>
    <w:p/>
    <w:p>
      <w:r>
        <w:t>При первом запуске вы увидите экран с логотипом и кнопкой **«Вход»**.</w:t>
      </w:r>
    </w:p>
    <w:p/>
    <w:p>
      <w:pPr>
        <w:pStyle w:val="Heading3"/>
      </w:pPr>
      <w:r>
        <w:t>Вход по электронной почте</w:t>
      </w:r>
    </w:p>
    <w:p/>
    <w:p>
      <w:r>
        <w:t>1. Нажмите **«Вход»** на заставке</w:t>
      </w:r>
    </w:p>
    <w:p>
      <w:r>
        <w:t>2. Введите ваш email (выданный администратором)</w:t>
      </w:r>
    </w:p>
    <w:p>
      <w:r>
        <w:t>3. Введите пароль</w:t>
      </w:r>
    </w:p>
    <w:p>
      <w:r>
        <w:t>4. Нажмите **«Вход»**</w:t>
      </w:r>
    </w:p>
    <w:p/>
    <w:p>
      <w:r>
        <w:t>Приложение проверит учётные данные с сервером и загрузит ваши разрешения.</w:t>
      </w:r>
    </w:p>
    <w:p/>
    <w:p>
      <w:pPr>
        <w:pStyle w:val="Heading3"/>
      </w:pPr>
      <w:r>
        <w:t>Разрешения на первом запуске</w:t>
      </w:r>
    </w:p>
    <w:p/>
    <w:p>
      <w:r>
        <w:t>Операционная система Android потребует разрешить:</w:t>
      </w:r>
    </w:p>
    <w:p>
      <w:pPr>
        <w:pStyle w:val="ListBullet"/>
      </w:pPr>
      <w:r>
        <w:t>**Доступ к сети** — для синхронизации с сервером ✓ **Разрешите**</w:t>
      </w:r>
    </w:p>
    <w:p>
      <w:pPr>
        <w:pStyle w:val="ListBullet"/>
      </w:pPr>
      <w:r>
        <w:t>**Доступ к хранилищу** — для сохранения замеров на устройстве ✓ **Разрешите**</w:t>
      </w:r>
    </w:p>
    <w:p>
      <w:pPr>
        <w:pStyle w:val="ListBullet"/>
      </w:pPr>
      <w:r>
        <w:t>**Включение Bluetooth** — для подключения дальномера ✓ **Разрешите**</w:t>
      </w:r>
    </w:p>
    <w:p>
      <w:pPr>
        <w:pStyle w:val="ListBullet"/>
      </w:pPr>
      <w:r>
        <w:t>**Определение местоположения** — для GPS (опционально) ✓ **Рекомендуем разрешить**</w:t>
      </w:r>
    </w:p>
    <w:p/>
    <w:p>
      <w:r>
        <w:t>Если случайно отказали, откройте **Настройки → Приложения → МИГ → Разрешения** и включите их.</w:t>
      </w:r>
    </w:p>
    <w:p/>
    <w:p>
      <w:pPr>
        <w:pStyle w:val="Heading3"/>
      </w:pPr>
      <w:r>
        <w:t>Синхронизация при входе</w:t>
      </w:r>
    </w:p>
    <w:p/>
    <w:p>
      <w:r>
        <w:t>После входа приложение:</w:t>
      </w:r>
    </w:p>
    <w:p>
      <w:r>
        <w:t>1. Загружает справочник железных дорог (может занять 30 секунд)</w:t>
      </w:r>
    </w:p>
    <w:p>
      <w:r>
        <w:t>2. Загружает список вашего подразделения и станций</w:t>
      </w:r>
    </w:p>
    <w:p>
      <w:r>
        <w:t>3. Проверяет статус синхронизации замеров</w:t>
      </w:r>
    </w:p>
    <w:p>
      <w:r>
        <w:t>4. Переходит на главный экран</w:t>
      </w:r>
    </w:p>
    <w:p/>
    <w:p>
      <w:r>
        <w:t>**Внимание:** Если синхронизация не завершилась, приложение будет работать в автономном режиме с загруженным ранее справочником.</w:t>
      </w:r>
    </w:p>
    <w:p/>
    <w:p>
      <w:pPr>
        <w:pStyle w:val="Heading2"/>
      </w:pPr>
      <w:r>
        <w:t>Подключение дальномера Bosch</w:t>
      </w:r>
    </w:p>
    <w:p/>
    <w:p>
      <w:pPr>
        <w:pStyle w:val="Heading3"/>
      </w:pPr>
      <w:r>
        <w:t>Включение Bluetooth на телефоне</w:t>
      </w:r>
    </w:p>
    <w:p/>
    <w:p>
      <w:r>
        <w:t>Перед подключением дальномера убедитесь, что **Bluetooth включен**:</w:t>
      </w:r>
    </w:p>
    <w:p>
      <w:r>
        <w:t>1. Откройте Настройки телефона</w:t>
      </w:r>
    </w:p>
    <w:p>
      <w:r>
        <w:t>2. Перейдите в **Bluetooth**</w:t>
      </w:r>
    </w:p>
    <w:p>
      <w:r>
        <w:t>3. Включите переключатель</w:t>
      </w:r>
    </w:p>
    <w:p>
      <w:r>
        <w:t>4. Телефон начнёт искать устройства поблизости</w:t>
      </w:r>
    </w:p>
    <w:p/>
    <w:p>
      <w:pPr>
        <w:pStyle w:val="Heading3"/>
      </w:pPr>
      <w:r>
        <w:t>Включение дальномера</w:t>
      </w:r>
    </w:p>
    <w:p/>
    <w:p>
      <w:r>
        <w:t>1. Нажмите кнопку **питания** на дальномере (обычно сверху)</w:t>
      </w:r>
    </w:p>
    <w:p>
      <w:r>
        <w:t>2. Дождитесь включения (примерно 2 секунды)</w:t>
      </w:r>
    </w:p>
    <w:p>
      <w:r>
        <w:t>3. Светодиод загорится зелёным или синим цветом</w:t>
      </w:r>
    </w:p>
    <w:p/>
    <w:p>
      <w:pPr>
        <w:pStyle w:val="Heading3"/>
      </w:pPr>
      <w:r>
        <w:t>Поиск дальномера в приложении</w:t>
      </w:r>
    </w:p>
    <w:p/>
    <w:p>
      <w:r>
        <w:t>1. На главном экране приложения нажмите **«Дальномер»** (иконка с лазером)</w:t>
      </w:r>
    </w:p>
    <w:p>
      <w:r>
        <w:t>2. Приложение начнёт поиск устройств Bluetooth поблизости</w:t>
      </w:r>
    </w:p>
    <w:p>
      <w:r>
        <w:t>3. В списке найдите ваш прибор (обычно **дальномер Bosch** или похожее название)</w:t>
      </w:r>
    </w:p>
    <w:p>
      <w:r>
        <w:t>4. Коснитесь названия в списке</w:t>
      </w:r>
    </w:p>
    <w:p/>
    <w:p>
      <w:pPr>
        <w:pStyle w:val="Heading3"/>
      </w:pPr>
      <w:r>
        <w:t>Если дальномер не видно</w:t>
      </w:r>
    </w:p>
    <w:p/>
    <w:p>
      <w:r>
        <w:t>**Проверьте:**</w:t>
      </w:r>
    </w:p>
    <w:p>
      <w:r>
        <w:t>1. Дальномер включен? (светодиод горит)</w:t>
      </w:r>
    </w:p>
    <w:p>
      <w:r>
        <w:t>2. Bluetooth включен на телефоне?</w:t>
      </w:r>
    </w:p>
    <w:p>
      <w:r>
        <w:t>3. Расстояние менее 10 метров?</w:t>
      </w:r>
    </w:p>
    <w:p>
      <w:r>
        <w:t>4. Прибор не подключен к другому устройству?</w:t>
      </w:r>
    </w:p>
    <w:p/>
    <w:p>
      <w:r>
        <w:t>**Попробуйте:**</w:t>
      </w:r>
    </w:p>
    <w:p>
      <w:pPr>
        <w:pStyle w:val="ListBullet"/>
      </w:pPr>
      <w:r>
        <w:t>Нажмите кнопку **«Показать все устройства»** для поиска по BLE</w:t>
      </w:r>
    </w:p>
    <w:p>
      <w:pPr>
        <w:pStyle w:val="ListBullet"/>
      </w:pPr>
      <w:r>
        <w:t>Если знаете MAC-адрес прибора, используйте **«Подключиться по адресу»**</w:t>
      </w:r>
    </w:p>
    <w:p>
      <w:pPr>
        <w:pStyle w:val="ListBullet"/>
      </w:pPr>
      <w:r>
        <w:t>Перезагрузите дальномер (выключите и включите)</w:t>
      </w:r>
    </w:p>
    <w:p>
      <w:pPr>
        <w:pStyle w:val="ListBullet"/>
      </w:pPr>
      <w:r>
        <w:t>Перезагрузите телефон</w:t>
      </w:r>
    </w:p>
    <w:p/>
    <w:p>
      <w:r>
        <w:t>**Если так и не подключилось:**</w:t>
      </w:r>
    </w:p>
    <w:p>
      <w:r>
        <w:t>1. Нажмите кнопку **«Сообщить о проблеме с дальномером»**</w:t>
      </w:r>
    </w:p>
    <w:p>
      <w:r>
        <w:t>2. Приложение отправит диагностику на сервер</w:t>
      </w:r>
    </w:p>
    <w:p>
      <w:r>
        <w:t>3. Администратор сможет разобраться</w:t>
      </w:r>
    </w:p>
    <w:p/>
    <w:p>
      <w:pPr>
        <w:pStyle w:val="Heading3"/>
      </w:pPr>
      <w:r>
        <w:t>Проверка подключения</w:t>
      </w:r>
    </w:p>
    <w:p/>
    <w:p>
      <w:r>
        <w:t>После успешного подключения:</w:t>
      </w:r>
    </w:p>
    <w:p>
      <w:pPr>
        <w:pStyle w:val="ListBullet"/>
      </w:pPr>
      <w:r>
        <w:t>Иконка дальномера на главном экране будет зелёной</w:t>
      </w:r>
    </w:p>
    <w:p>
      <w:pPr>
        <w:pStyle w:val="ListBullet"/>
      </w:pPr>
      <w:r>
        <w:t>На экране **«Дальномер»** появится статус **«Подключен»**</w:t>
      </w:r>
    </w:p>
    <w:p>
      <w:pPr>
        <w:pStyle w:val="ListBullet"/>
      </w:pPr>
      <w:r>
        <w:t>Вы сможете нажимать кнопку на приборе для измерений</w:t>
      </w:r>
    </w:p>
    <w:p/>
    <w:p>
      <w:r>
        <w:t>**Диагностический отчёт:**</w:t>
      </w:r>
    </w:p>
    <w:p>
      <w:r>
        <w:t>Если понадобится справка о состоянии подключения:</w:t>
      </w:r>
    </w:p>
    <w:p>
      <w:r>
        <w:t>1. Перейдите на экран **«Дальномер»**</w:t>
      </w:r>
    </w:p>
    <w:p>
      <w:r>
        <w:t>2. Нажмите **«Отчёт о подключении»**</w:t>
      </w:r>
    </w:p>
    <w:p>
      <w:r>
        <w:t>3. Приложение отправит подробный отчёт на сервер</w:t>
      </w:r>
    </w:p>
    <w:p/>
    <w:p>
      <w:pPr>
        <w:pStyle w:val="Heading2"/>
      </w:pPr>
      <w:r>
        <w:t>Режимы измерения и автоматическое переключение</w:t>
      </w:r>
    </w:p>
    <w:p/>
    <w:p>
      <w:r>
        <w:t>**Важно:** Приложение **автоматически переключает дальномер в нужный режим**. Вам не нужно ничего делать на приборе.</w:t>
      </w:r>
    </w:p>
    <w:p/>
    <w:p>
      <w:pPr>
        <w:pStyle w:val="Heading3"/>
      </w:pPr>
      <w:r>
        <w:t>Режимы, которыми управляет приложение</w:t>
      </w:r>
    </w:p>
    <w:p/>
    <w:tbl>
      <w:tblPr>
        <w:tblStyle w:val="LightGrid-Accent1"/>
        <w:tblW w:type="auto" w:w="0"/>
        <w:tblLook w:firstColumn="1" w:firstRow="1" w:lastColumn="0" w:lastRow="0" w:noHBand="0" w:noVBand="1" w:val="04A0"/>
      </w:tblPr>
      <w:tblGrid>
        <w:gridCol w:w="2880"/>
        <w:gridCol w:w="2880"/>
        <w:gridCol w:w="2880"/>
      </w:tblGrid>
      <w:tr>
        <w:tc>
          <w:tcPr>
            <w:tcW w:type="dxa" w:w="2880"/>
          </w:tcPr>
          <w:p>
            <w:r>
              <w:t>Режим</w:t>
            </w:r>
          </w:p>
        </w:tc>
        <w:tc>
          <w:tcPr>
            <w:tcW w:type="dxa" w:w="2880"/>
          </w:tcPr>
          <w:p>
            <w:r>
              <w:t>Когда используется</w:t>
            </w:r>
          </w:p>
        </w:tc>
        <w:tc>
          <w:tcPr>
            <w:tcW w:type="dxa" w:w="2880"/>
          </w:tcPr>
          <w:p>
            <w:r>
              <w:t>Что измеряем</w:t>
            </w:r>
          </w:p>
        </w:tc>
      </w:tr>
      <w:tr>
        <w:tc>
          <w:tcPr>
            <w:tcW w:type="dxa" w:w="2880"/>
          </w:tcPr>
          <w:p>
            <w:r>
              <w:t>**Контактный провод**</w:t>
            </w:r>
          </w:p>
        </w:tc>
        <w:tc>
          <w:tcPr>
            <w:tcW w:type="dxa" w:w="2880"/>
          </w:tcPr>
          <w:p>
            <w:r>
              <w:t>Измерение параметров над проводом</w:t>
            </w:r>
          </w:p>
        </w:tc>
        <w:tc>
          <w:tcPr>
            <w:tcW w:type="dxa" w:w="2880"/>
          </w:tcPr>
          <w:p>
            <w:r>
              <w:t>Высота, расстояния провода</w:t>
            </w:r>
          </w:p>
        </w:tc>
      </w:tr>
      <w:tr>
        <w:tc>
          <w:tcPr>
            <w:tcW w:type="dxa" w:w="2880"/>
          </w:tcPr>
          <w:p>
            <w:r>
              <w:t>**Несущий трос**</w:t>
            </w:r>
          </w:p>
        </w:tc>
        <w:tc>
          <w:tcPr>
            <w:tcW w:type="dxa" w:w="2880"/>
          </w:tcPr>
          <w:p>
            <w:r>
              <w:t>Измерение параметров над тросом</w:t>
            </w:r>
          </w:p>
        </w:tc>
        <w:tc>
          <w:tcPr>
            <w:tcW w:type="dxa" w:w="2880"/>
          </w:tcPr>
          <w:p>
            <w:r>
              <w:t>Высота над тросом, сечение</w:t>
            </w:r>
          </w:p>
        </w:tc>
      </w:tr>
      <w:tr>
        <w:tc>
          <w:tcPr>
            <w:tcW w:type="dxa" w:w="2880"/>
          </w:tcPr>
          <w:p>
            <w:r>
              <w:t>**Расстояние до опоры**</w:t>
            </w:r>
          </w:p>
        </w:tc>
        <w:tc>
          <w:tcPr>
            <w:tcW w:type="dxa" w:w="2880"/>
          </w:tcPr>
          <w:p>
            <w:r>
              <w:t>Все остальные измерения</w:t>
            </w:r>
          </w:p>
        </w:tc>
        <w:tc>
          <w:tcPr>
            <w:tcW w:type="dxa" w:w="2880"/>
          </w:tcPr>
          <w:p>
            <w:r>
              <w:t>距离 до конструкций, ограждений</w:t>
            </w:r>
          </w:p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**Новый замер**</w:t>
            </w:r>
          </w:p>
        </w:tc>
        <w:tc>
          <w:tcPr>
            <w:tcW w:type="dxa" w:w="2880"/>
          </w:tcPr>
          <w:p>
            <w:r>
              <w:t>Начать новое измерение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**История замеров**</w:t>
            </w:r>
          </w:p>
        </w:tc>
        <w:tc>
          <w:tcPr>
            <w:tcW w:type="dxa" w:w="2880"/>
          </w:tcPr>
          <w:p>
            <w:r>
              <w:t>Посмотреть сохранённые замеры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**Синхронизация**</w:t>
            </w:r>
          </w:p>
        </w:tc>
        <w:tc>
          <w:tcPr>
            <w:tcW w:type="dxa" w:w="2880"/>
          </w:tcPr>
          <w:p>
            <w:r>
              <w:t>Отправить данные на сервер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**Дальномер**</w:t>
            </w:r>
          </w:p>
        </w:tc>
        <w:tc>
          <w:tcPr>
            <w:tcW w:type="dxa" w:w="2880"/>
          </w:tcPr>
          <w:p>
            <w:r>
              <w:t>Подключить/проверить прибор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**Справочник**</w:t>
            </w:r>
          </w:p>
        </w:tc>
        <w:tc>
          <w:tcPr>
            <w:tcW w:type="dxa" w:w="2880"/>
          </w:tcPr>
          <w:p>
            <w:r>
              <w:t>Просмотреть справочник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**Профиль**</w:t>
            </w:r>
          </w:p>
        </w:tc>
        <w:tc>
          <w:tcPr>
            <w:tcW w:type="dxa" w:w="2880"/>
          </w:tcPr>
          <w:p>
            <w:r>
              <w:t>Настройки, выход,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Поле</w:t>
            </w:r>
          </w:p>
        </w:tc>
        <w:tc>
          <w:tcPr>
            <w:tcW w:type="dxa" w:w="2880"/>
          </w:tcPr>
          <w:p>
            <w:r>
              <w:t>Описание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**Имя**</w:t>
            </w:r>
          </w:p>
        </w:tc>
        <w:tc>
          <w:tcPr>
            <w:tcW w:type="dxa" w:w="2880"/>
          </w:tcPr>
          <w:p>
            <w:r>
              <w:t>Ваше полное имя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**Email**</w:t>
            </w:r>
          </w:p>
        </w:tc>
        <w:tc>
          <w:tcPr>
            <w:tcW w:type="dxa" w:w="2880"/>
          </w:tcPr>
          <w:p>
            <w:r>
              <w:t>Email для входа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**Должность**</w:t>
            </w:r>
          </w:p>
        </w:tc>
        <w:tc>
          <w:tcPr>
            <w:tcW w:type="dxa" w:w="2880"/>
          </w:tcPr>
          <w:p>
            <w:r>
              <w:t>Роль в системе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**Подразделение**</w:t>
            </w:r>
          </w:p>
        </w:tc>
        <w:tc>
          <w:tcPr>
            <w:tcW w:type="dxa" w:w="2880"/>
          </w:tcPr>
          <w:p>
            <w:r>
              <w:t>Ваше подразделение РЖД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приложения**</w:t>
            </w:r>
          </w:p>
        </w:tc>
        <w:tc>
          <w:tcPr>
            <w:tcW w:type="dxa" w:w="2880"/>
          </w:tcPr>
          <w:p>
            <w:r>
              <w:t>Текущая версия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**Версия справочника**</w:t>
            </w:r>
          </w:p>
        </w:tc>
        <w:tc>
          <w:tcPr>
            <w:tcW w:type="dxa" w:w="2880"/>
          </w:tcPr>
          <w:p>
            <w:r>
              <w:t>Дата последнего обновления справочника дорог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**Размер кэша**</w:t>
            </w:r>
          </w:p>
        </w:tc>
        <w:tc>
          <w:tcPr>
            <w:tcW w:type="dxa" w:w="2880"/>
          </w:tcPr>
          <w:p>
            <w:r>
              <w:t>Объём загруженных данных на телефоне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Кнопка</w:t>
            </w:r>
          </w:p>
        </w:tc>
        <w:tc>
          <w:tcPr>
            <w:tcW w:type="dxa" w:w="2880"/>
          </w:tcPr>
          <w:p>
            <w:r>
              <w:t>Функция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**Очистить кэш**</w:t>
            </w:r>
          </w:p>
        </w:tc>
        <w:tc>
          <w:tcPr>
            <w:tcW w:type="dxa" w:w="2880"/>
          </w:tcPr>
          <w:p>
            <w:r>
              <w:t>Удалить загруженные справочники (будут загружены снова)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**Справка**</w:t>
            </w:r>
          </w:p>
        </w:tc>
        <w:tc>
          <w:tcPr>
            <w:tcW w:type="dxa" w:w="2880"/>
          </w:tcPr>
          <w:p>
            <w:r>
              <w:t>Открыть встроённую помощь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**О приложении**</w:t>
            </w:r>
          </w:p>
        </w:tc>
        <w:tc>
          <w:tcPr>
            <w:tcW w:type="dxa" w:w="2880"/>
          </w:tcPr>
          <w:p>
            <w:r>
              <w:t>Информация о версии и лицензиях</w:t>
            </w:r>
          </w:p>
        </w:tc>
        <w:tc>
          <w:tcPr>
            <w:tcW w:type="dxa" w:w="2880"/>
          </w:tcPr>
          <w:p/>
        </w:tc>
      </w:tr>
      <w:tr>
        <w:tc>
          <w:tcPr>
            <w:tcW w:type="dxa" w:w="2880"/>
          </w:tcPr>
          <w:p>
            <w:r>
              <w:t>**Выход**</w:t>
            </w:r>
          </w:p>
        </w:tc>
        <w:tc>
          <w:tcPr>
            <w:tcW w:type="dxa" w:w="2880"/>
          </w:tcPr>
          <w:p>
            <w:r>
              <w:t>Выйти из учётной записи и вернуться на заставку</w:t>
            </w:r>
          </w:p>
        </w:tc>
        <w:tc>
          <w:tcPr>
            <w:tcW w:type="dxa" w:w="2880"/>
          </w:tcPr>
          <w:p/>
        </w:tc>
      </w:tr>
    </w:tbl>
    <w:p>
      <w:r>
        <w:t>|-------|-------------------|-------------|</w:t>
      </w:r>
    </w:p>
    <w:p/>
    <w:p>
      <w:r>
        <w:t>**Как это работает:**</w:t>
      </w:r>
    </w:p>
    <w:p>
      <w:r>
        <w:t>1. Вы выбираете тип замера в приложении</w:t>
      </w:r>
    </w:p>
    <w:p>
      <w:r>
        <w:t>2. Приложение отправляет команду дальномеру</w:t>
      </w:r>
    </w:p>
    <w:p>
      <w:r>
        <w:t>3. Дальномер переходит в нужный режим автоматически</w:t>
      </w:r>
    </w:p>
    <w:p>
      <w:r>
        <w:t>4. Вы нажимаете кнопку на приборе для измерения</w:t>
      </w:r>
    </w:p>
    <w:p/>
    <w:p>
      <w:r>
        <w:t>**Вам не нужно:**</w:t>
      </w:r>
    </w:p>
    <w:p>
      <w:pPr>
        <w:pStyle w:val="ListBullet"/>
      </w:pPr>
      <w:r>
        <w:t>Нажимать кнопки на приборе для смены режима</w:t>
      </w:r>
    </w:p>
    <w:p>
      <w:pPr>
        <w:pStyle w:val="ListBullet"/>
      </w:pPr>
      <w:r>
        <w:t>Настраивать параметры дальномера</w:t>
      </w:r>
    </w:p>
    <w:p>
      <w:pPr>
        <w:pStyle w:val="ListBullet"/>
      </w:pPr>
      <w:r>
        <w:t>Помнить, в каком режиме находится прибор</w:t>
      </w:r>
    </w:p>
    <w:p/>
    <w:p>
      <w:pPr>
        <w:pStyle w:val="Heading3"/>
      </w:pPr>
      <w:r>
        <w:t>Откидной штифтт как точка отсчёта</w:t>
      </w:r>
    </w:p>
    <w:p/>
    <w:p>
      <w:r>
        <w:t>**Обязательное требование:** Замер принимается только если он сделан **от откидного штифтта** дальномера.</w:t>
      </w:r>
    </w:p>
    <w:p/>
    <w:p>
      <w:r>
        <w:t>**Откидной штифтт** — это небольшой металлический выступ на нижней части дальномера Bosch. Он служит точкой отсчёта для измерений.</w:t>
      </w:r>
    </w:p>
    <w:p/>
    <w:p>
      <w:r>
        <w:t>**Как выполнить правильный замер:**</w:t>
      </w:r>
    </w:p>
    <w:p>
      <w:r>
        <w:t>1. Прижмите откидной штифт к поверхности или выступу на опоре</w:t>
      </w:r>
    </w:p>
    <w:p>
      <w:r>
        <w:t>2. Нацельте лазер прибора на цель (провод, трос, расстояние)</w:t>
      </w:r>
    </w:p>
    <w:p>
      <w:r>
        <w:t>3. Нажмите кнопку на приборе для измерения</w:t>
      </w:r>
    </w:p>
    <w:p>
      <w:r>
        <w:t>4. Приложение получит расстояние и выведет результат</w:t>
      </w:r>
    </w:p>
    <w:p/>
    <w:p>
      <w:r>
        <w:t>**Если замер не принялся:**</w:t>
      </w:r>
    </w:p>
    <w:p>
      <w:pPr>
        <w:pStyle w:val="ListBullet"/>
      </w:pPr>
      <w:r>
        <w:t>Проверьте, что штифт касается исходной поверхности</w:t>
      </w:r>
    </w:p>
    <w:p>
      <w:pPr>
        <w:pStyle w:val="ListBullet"/>
      </w:pPr>
      <w:r>
        <w:t>Попробуйте снова</w:t>
      </w:r>
    </w:p>
    <w:p>
      <w:pPr>
        <w:pStyle w:val="ListBullet"/>
      </w:pPr>
      <w:r>
        <w:t>Приложение сообщит об ошибке, если измерение неправильное</w:t>
      </w:r>
    </w:p>
    <w:p/>
    <w:p>
      <w:pPr>
        <w:pStyle w:val="Heading2"/>
      </w:pPr>
      <w:r>
        <w:t>Выполнение замера: пошаговый сценарий</w:t>
      </w:r>
    </w:p>
    <w:p/>
    <w:p>
      <w:pPr>
        <w:pStyle w:val="Heading3"/>
      </w:pPr>
      <w:r>
        <w:t>Сценарий 1: Измерить высоту контактного провода</w:t>
      </w:r>
    </w:p>
    <w:p/>
    <w:p>
      <w:r>
        <w:t>1. На главном экране нажмите **«Новый замер»**</w:t>
      </w:r>
    </w:p>
    <w:p>
      <w:r>
        <w:t>2. Выберите **«Контактный провод»**</w:t>
      </w:r>
    </w:p>
    <w:p>
      <w:r>
        <w:t>3. Приложение переключит дальномер в режим контактного провода</w:t>
      </w:r>
    </w:p>
    <w:p>
      <w:r>
        <w:t>4. Выберите дорогу, участок, направление (меню подскажет)</w:t>
      </w:r>
    </w:p>
    <w:p>
      <w:r>
        <w:t>5. Укажите тип сооружения (опора, моста, зависимость от маршрута)</w:t>
      </w:r>
    </w:p>
    <w:p>
      <w:r>
        <w:t>6. Нажмите **«Готово»** для перехода к измерению</w:t>
      </w:r>
    </w:p>
    <w:p/>
    <w:p>
      <w:r>
        <w:t>**На месте измерения:**</w:t>
      </w:r>
    </w:p>
    <w:p>
      <w:r>
        <w:t>1. Прижмите откидной штифт дальномера к нижней точке на опоре</w:t>
      </w:r>
    </w:p>
    <w:p>
      <w:r>
        <w:t>2. Нацельте лазер на контактный провод</w:t>
      </w:r>
    </w:p>
    <w:p>
      <w:r>
        <w:t>3. Нажмите кнопку на приборе (или в приложении)</w:t>
      </w:r>
    </w:p>
    <w:p>
      <w:r>
        <w:t>4. Приложение получит расстояние и покажет результат</w:t>
      </w:r>
    </w:p>
    <w:p>
      <w:r>
        <w:t>5. Проверьте, что результат разумный (например, не 0 или не 1000 м)</w:t>
      </w:r>
    </w:p>
    <w:p>
      <w:r>
        <w:t>6. Убедитесь, что для этого вида замера задана величина (например, высота, расстояние)</w:t>
      </w:r>
    </w:p>
    <w:p>
      <w:pPr>
        <w:pStyle w:val="ListBullet2"/>
      </w:pPr>
      <w:r>
        <w:t>- Если величина не задана, приложение остановит замер и объяснит, что выбрать</w:t>
      </w:r>
    </w:p>
    <w:p>
      <w:r>
        <w:t>7. Нажмите **«Сохранить»** для сохранения замера</w:t>
      </w:r>
    </w:p>
    <w:p/>
    <w:p>
      <w:r>
        <w:t>**После сохранения:**</w:t>
      </w:r>
    </w:p>
    <w:p>
      <w:pPr>
        <w:pStyle w:val="ListBullet"/>
      </w:pPr>
      <w:r>
        <w:t>Замер сохраняется локально на телефоне</w:t>
      </w:r>
    </w:p>
    <w:p>
      <w:pPr>
        <w:pStyle w:val="ListBullet"/>
      </w:pPr>
      <w:r>
        <w:t>Если есть интернет, приложение отправит его на сервер</w:t>
      </w:r>
    </w:p>
    <w:p>
      <w:pPr>
        <w:pStyle w:val="ListBullet"/>
      </w:pPr>
      <w:r>
        <w:t>Если нет интернета, замер будет синхронизирован позже</w:t>
      </w:r>
    </w:p>
    <w:p/>
    <w:p>
      <w:pPr>
        <w:pStyle w:val="Heading3"/>
      </w:pPr>
      <w:r>
        <w:t>Сценарий 2: Измерить расстояние до опоры</w:t>
      </w:r>
    </w:p>
    <w:p/>
    <w:p>
      <w:r>
        <w:t>1. На главном экране нажмите **«Новый замер»**</w:t>
      </w:r>
    </w:p>
    <w:p>
      <w:r>
        <w:t>2. Выберите **«Расстояние до опоры»** или **«Другое»**</w:t>
      </w:r>
    </w:p>
    <w:p>
      <w:r>
        <w:t>3. Выберите тип конструкции (расстояние, ограждение, платформа)</w:t>
      </w:r>
    </w:p>
    <w:p>
      <w:r>
        <w:t>4. Укажите параметры (длина, высота, направление)</w:t>
      </w:r>
    </w:p>
    <w:p/>
    <w:p>
      <w:r>
        <w:t>**На месте измерения:**</w:t>
      </w:r>
    </w:p>
    <w:p>
      <w:r>
        <w:t>1. Прижмите откидной штифт дальномера к исходной точке</w:t>
      </w:r>
    </w:p>
    <w:p>
      <w:r>
        <w:t>2. Нацельте на целевую точку на опоре</w:t>
      </w:r>
    </w:p>
    <w:p>
      <w:r>
        <w:t>3. Нажмите кнопку на приборе</w:t>
      </w:r>
    </w:p>
    <w:p>
      <w:r>
        <w:t>4. Приложение выведет расстояние</w:t>
      </w:r>
    </w:p>
    <w:p>
      <w:r>
        <w:t>5. Нажмите **«Сохранить»**</w:t>
      </w:r>
    </w:p>
    <w:p/>
    <w:p>
      <w:pPr>
        <w:pStyle w:val="Heading2"/>
      </w:pPr>
      <w:r>
        <w:t>Главный экран и навигация</w:t>
      </w:r>
    </w:p>
    <w:p/>
    <w:p>
      <w:r>
        <w:t>После входа вы попадаете на **главный экран** с меню основных функций:</w:t>
      </w:r>
    </w:p>
    <w:p/>
    <w:p>
      <w:pPr>
        <w:pStyle w:val="Heading3"/>
      </w:pPr>
      <w:r>
        <w:t>Кнопки главного экрана</w:t>
      </w:r>
    </w:p>
    <w:p/>
    <w:p>
      <w:r>
        <w:t>|--------|---------|</w:t>
      </w:r>
    </w:p>
    <w:p/>
    <w:p>
      <w:pPr>
        <w:pStyle w:val="Heading2"/>
      </w:pPr>
      <w:r>
        <w:t>История замеров</w:t>
      </w:r>
    </w:p>
    <w:p/>
    <w:p>
      <w:pPr>
        <w:pStyle w:val="Heading3"/>
      </w:pPr>
      <w:r>
        <w:t>Просмотр списка</w:t>
      </w:r>
    </w:p>
    <w:p/>
    <w:p>
      <w:r>
        <w:t>1. На главном экране нажмите **«История замеров»** (иконка со списком)</w:t>
      </w:r>
    </w:p>
    <w:p>
      <w:r>
        <w:t>2. Приложение выведет список всех замеров, выполненных на этом телефоне</w:t>
      </w:r>
    </w:p>
    <w:p>
      <w:r>
        <w:t>3. Замеры отсортированы по дате (новые сверху)</w:t>
      </w:r>
    </w:p>
    <w:p/>
    <w:p>
      <w:pPr>
        <w:pStyle w:val="Heading3"/>
      </w:pPr>
      <w:r>
        <w:t>Информация о замере</w:t>
      </w:r>
    </w:p>
    <w:p/>
    <w:p>
      <w:r>
        <w:t>Для каждого замера видно:</w:t>
      </w:r>
    </w:p>
    <w:p>
      <w:pPr>
        <w:pStyle w:val="ListBullet"/>
      </w:pPr>
      <w:r>
        <w:t>**Дата и время** — когда выполнен</w:t>
      </w:r>
    </w:p>
    <w:p>
      <w:pPr>
        <w:pStyle w:val="ListBullet"/>
      </w:pPr>
      <w:r>
        <w:t>**Дорога и участок** — где измеряли</w:t>
      </w:r>
    </w:p>
    <w:p>
      <w:pPr>
        <w:pStyle w:val="ListBullet"/>
      </w:pPr>
      <w:r>
        <w:t>**Тип измерения** — что измеряли (высота, расстояние и т.д.)</w:t>
      </w:r>
    </w:p>
    <w:p>
      <w:pPr>
        <w:pStyle w:val="ListBullet"/>
      </w:pPr>
      <w:r>
        <w:t>**Статус синхронизации** — отправлен на сервер или нет</w:t>
      </w:r>
    </w:p>
    <w:p>
      <w:pPr>
        <w:pStyle w:val="ListBullet2"/>
      </w:pPr>
      <w:r>
        <w:t>- ✓ Зелёная галочка = отправлен</w:t>
      </w:r>
    </w:p>
    <w:p>
      <w:pPr>
        <w:pStyle w:val="ListBullet2"/>
      </w:pPr>
      <w:r>
        <w:t>- ↻ Синий символ = ожидает отправки</w:t>
      </w:r>
    </w:p>
    <w:p>
      <w:pPr>
        <w:pStyle w:val="ListBullet2"/>
      </w:pPr>
      <w:r>
        <w:t>- ⚠ Жёлтый значок = ошибка при отправке</w:t>
      </w:r>
    </w:p>
    <w:p/>
    <w:p>
      <w:pPr>
        <w:pStyle w:val="Heading3"/>
      </w:pPr>
      <w:r>
        <w:t>Просмотр деталей замера</w:t>
      </w:r>
    </w:p>
    <w:p/>
    <w:p>
      <w:r>
        <w:t>Нажмите на замер в списке для просмотра:</w:t>
      </w:r>
    </w:p>
    <w:p>
      <w:pPr>
        <w:pStyle w:val="ListBullet"/>
      </w:pPr>
      <w:r>
        <w:t>Полного результата измерения</w:t>
      </w:r>
    </w:p>
    <w:p>
      <w:pPr>
        <w:pStyle w:val="ListBullet"/>
      </w:pPr>
      <w:r>
        <w:t>Координат GPS (если доступны)</w:t>
      </w:r>
    </w:p>
    <w:p>
      <w:pPr>
        <w:pStyle w:val="ListBullet"/>
      </w:pPr>
      <w:r>
        <w:t>Привязки к сооружению</w:t>
      </w:r>
    </w:p>
    <w:p>
      <w:pPr>
        <w:pStyle w:val="ListBullet"/>
      </w:pPr>
      <w:r>
        <w:t>Истории синхронизации</w:t>
      </w:r>
    </w:p>
    <w:p/>
    <w:p>
      <w:pPr>
        <w:pStyle w:val="Heading3"/>
      </w:pPr>
      <w:r>
        <w:t>Удаление замера</w:t>
      </w:r>
    </w:p>
    <w:p/>
    <w:p>
      <w:r>
        <w:t>Длительное нажатие на замер → **«Удалить»** → подтвердите</w:t>
      </w:r>
    </w:p>
    <w:p/>
    <w:p>
      <w:r>
        <w:t>**Внимание:** Удалённый замер невозможно восстановить, если он не был синхронизирован на сервер.</w:t>
      </w:r>
    </w:p>
    <w:p/>
    <w:p>
      <w:pPr>
        <w:pStyle w:val="Heading2"/>
      </w:pPr>
      <w:r>
        <w:t>Синхронизация с сервером</w:t>
      </w:r>
    </w:p>
    <w:p/>
    <w:p>
      <w:pPr>
        <w:pStyle w:val="Heading3"/>
      </w:pPr>
      <w:r>
        <w:t>Автоматическая синхронизация</w:t>
      </w:r>
    </w:p>
    <w:p/>
    <w:p>
      <w:r>
        <w:t>Приложение синхронизирует замеры автоматически:</w:t>
      </w:r>
    </w:p>
    <w:p>
      <w:pPr>
        <w:pStyle w:val="ListBullet"/>
      </w:pPr>
      <w:r>
        <w:t>**При наличии WiFi** — сразу после сохранения замера</w:t>
      </w:r>
    </w:p>
    <w:p>
      <w:pPr>
        <w:pStyle w:val="ListBullet"/>
      </w:pPr>
      <w:r>
        <w:t>**При мобильной сети** — после выполнения нескольких замеров (чтобы не расходовать трафик)</w:t>
      </w:r>
    </w:p>
    <w:p>
      <w:pPr>
        <w:pStyle w:val="ListBullet"/>
      </w:pPr>
      <w:r>
        <w:t>**В фоне** — время от времени, даже если приложение не открыто</w:t>
      </w:r>
    </w:p>
    <w:p/>
    <w:p>
      <w:pPr>
        <w:pStyle w:val="Heading3"/>
      </w:pPr>
      <w:r>
        <w:t>Ручная синхронизация</w:t>
      </w:r>
    </w:p>
    <w:p/>
    <w:p>
      <w:r>
        <w:t>1. На главном экране нажмите **«Синхронизация»** (иконка со стрелками)</w:t>
      </w:r>
    </w:p>
    <w:p>
      <w:r>
        <w:t>2. Приложение начнёт отправку замеров</w:t>
      </w:r>
    </w:p>
    <w:p>
      <w:r>
        <w:t>3. Будет выведен статус: сколько замеров отправляется</w:t>
      </w:r>
    </w:p>
    <w:p>
      <w:r>
        <w:t>4. После завершения — количество успешно отправленных замеров</w:t>
      </w:r>
    </w:p>
    <w:p/>
    <w:p>
      <w:pPr>
        <w:pStyle w:val="Heading3"/>
      </w:pPr>
      <w:r>
        <w:t>Проблемы при синхронизации</w:t>
      </w:r>
    </w:p>
    <w:p/>
    <w:p>
      <w:r>
        <w:t>**Если синхронизация зависла:**</w:t>
      </w:r>
    </w:p>
    <w:p>
      <w:pPr>
        <w:pStyle w:val="ListBullet"/>
      </w:pPr>
      <w:r>
        <w:t>Проверьте интернет-соединение (откройте браузер)</w:t>
      </w:r>
    </w:p>
    <w:p>
      <w:pPr>
        <w:pStyle w:val="ListBullet"/>
      </w:pPr>
      <w:r>
        <w:t>Попробуйте повторить синхронизацию</w:t>
      </w:r>
    </w:p>
    <w:p>
      <w:pPr>
        <w:pStyle w:val="ListBullet"/>
      </w:pPr>
      <w:r>
        <w:t>Перезагрузите приложение</w:t>
      </w:r>
    </w:p>
    <w:p/>
    <w:p>
      <w:r>
        <w:t>**Если появилась красная ошибка:**</w:t>
      </w:r>
    </w:p>
    <w:p>
      <w:pPr>
        <w:pStyle w:val="ListBullet"/>
      </w:pPr>
      <w:r>
        <w:t>Запишите код ошибки (обычно число или текст)</w:t>
      </w:r>
    </w:p>
    <w:p>
      <w:pPr>
        <w:pStyle w:val="ListBullet"/>
      </w:pPr>
      <w:r>
        <w:t>Отправьте отчёт администратору (см. ниже)</w:t>
      </w:r>
    </w:p>
    <w:p>
      <w:pPr>
        <w:pStyle w:val="ListBullet"/>
      </w:pPr>
      <w:r>
        <w:t>Попробуйте синхронизировать позже</w:t>
      </w:r>
    </w:p>
    <w:p/>
    <w:p>
      <w:pPr>
        <w:pStyle w:val="Heading3"/>
      </w:pPr>
      <w:r>
        <w:t>Отправка диагностического отчёта</w:t>
      </w:r>
    </w:p>
    <w:p/>
    <w:p>
      <w:r>
        <w:t>Если синхронизация не работает:</w:t>
      </w:r>
    </w:p>
    <w:p>
      <w:r>
        <w:t>1. На экране синхронизации или истории нажмите **«Отправить отчёт»**</w:t>
      </w:r>
    </w:p>
    <w:p>
      <w:r>
        <w:t>2. Приложение соберёт логи, версию приложения, версию операционной системы</w:t>
      </w:r>
    </w:p>
    <w:p>
      <w:r>
        <w:t>3. Отправит отчёт на сервер</w:t>
      </w:r>
    </w:p>
    <w:p>
      <w:r>
        <w:t>4. Администратор получит информацию и свяжется с вами</w:t>
      </w:r>
    </w:p>
    <w:p/>
    <w:p>
      <w:pPr>
        <w:pStyle w:val="Heading2"/>
      </w:pPr>
      <w:r>
        <w:t>Встроённый справочник железных дорог</w:t>
      </w:r>
    </w:p>
    <w:p/>
    <w:p>
      <w:pPr>
        <w:pStyle w:val="Heading3"/>
      </w:pPr>
      <w:r>
        <w:t>Доступ к справочнику</w:t>
      </w:r>
    </w:p>
    <w:p/>
    <w:p>
      <w:r>
        <w:t>1. На главном экране нажмите **«Справочник»** (иконка с картой)</w:t>
      </w:r>
    </w:p>
    <w:p>
      <w:r>
        <w:t>2. Приложение выведет список железных дорог</w:t>
      </w:r>
    </w:p>
    <w:p/>
    <w:p>
      <w:pPr>
        <w:pStyle w:val="Heading3"/>
      </w:pPr>
      <w:r>
        <w:t>Структура справочника</w:t>
      </w:r>
    </w:p>
    <w:p/>
    <w:p>
      <w:r>
        <w:t>Справочник организован иерархически:</w:t>
      </w:r>
    </w:p>
    <w:p/>
    <w:p>
      <w:pPr/>
      <w:r>
        <w:rPr>
          <w:rFonts w:ascii="Courier New" w:hAnsi="Courier New"/>
          <w:sz w:val="18"/>
        </w:rPr>
        <w:t>Железные дороги (42)</w:t>
        <w:br/>
        <w:t>├── Российские железные дороги (16)</w:t>
        <w:br/>
        <w:t>│   ├── Первая дорога</w:t>
        <w:br/>
        <w:t>│   │   ├── Участок 1 (10 станций)</w:t>
        <w:br/>
        <w:t>│   │   ├── Участок 2 (15 станций)</w:t>
        <w:br/>
        <w:t>│   └── ...</w:t>
        <w:br/>
        <w:t>├── Региональные дороги (26)</w:t>
        <w:br/>
        <w:t>└── ...</w:t>
      </w:r>
    </w:p>
    <w:p/>
    <w:p>
      <w:pPr>
        <w:pStyle w:val="Heading3"/>
      </w:pPr>
      <w:r>
        <w:t>Поиск станции</w:t>
      </w:r>
    </w:p>
    <w:p/>
    <w:p>
      <w:r>
        <w:t>1. На экране справочника используйте поле **поиска** (иконка с лупой)</w:t>
      </w:r>
    </w:p>
    <w:p>
      <w:r>
        <w:t>2. Введите название или код станции</w:t>
      </w:r>
    </w:p>
    <w:p>
      <w:r>
        <w:t>3. Приложение выведет результаты</w:t>
      </w:r>
    </w:p>
    <w:p>
      <w:r>
        <w:t>4. Нажмите на станцию для просмотра деталей</w:t>
      </w:r>
    </w:p>
    <w:p/>
    <w:p>
      <w:pPr>
        <w:pStyle w:val="Heading3"/>
      </w:pPr>
      <w:r>
        <w:t>Использование при замере</w:t>
      </w:r>
    </w:p>
    <w:p/>
    <w:p>
      <w:r>
        <w:t>Справочник используется автоматически:</w:t>
      </w:r>
    </w:p>
    <w:p>
      <w:pPr>
        <w:pStyle w:val="ListBullet"/>
      </w:pPr>
      <w:r>
        <w:t>Когда вы начинаете новый замер, приложение предлагает выбрать дорогу и станцию</w:t>
      </w:r>
    </w:p>
    <w:p>
      <w:pPr>
        <w:pStyle w:val="ListBullet"/>
      </w:pPr>
      <w:r>
        <w:t>Из справочника подтягиваются координаты и коды</w:t>
      </w:r>
    </w:p>
    <w:p>
      <w:pPr>
        <w:pStyle w:val="ListBullet"/>
      </w:pPr>
      <w:r>
        <w:t>Справочник работает **без интернета** (загружается один раз)</w:t>
      </w:r>
    </w:p>
    <w:p/>
    <w:p>
      <w:pPr>
        <w:pStyle w:val="Heading2"/>
      </w:pPr>
      <w:r>
        <w:t>Обновление приложения и справочников</w:t>
      </w:r>
    </w:p>
    <w:p/>
    <w:p>
      <w:pPr>
        <w:pStyle w:val="Heading3"/>
      </w:pPr>
      <w:r>
        <w:t>Проверка обновления</w:t>
      </w:r>
    </w:p>
    <w:p/>
    <w:p>
      <w:r>
        <w:t>Приложение автоматически проверяет наличие новой версии:</w:t>
      </w:r>
    </w:p>
    <w:p>
      <w:pPr>
        <w:pStyle w:val="ListBullet"/>
      </w:pPr>
      <w:r>
        <w:t>При каждом запуске</w:t>
      </w:r>
    </w:p>
    <w:p>
      <w:pPr>
        <w:pStyle w:val="ListBullet"/>
      </w:pPr>
      <w:r>
        <w:t>Один раз в час (если приложение открыто)</w:t>
      </w:r>
    </w:p>
    <w:p/>
    <w:p>
      <w:pPr>
        <w:pStyle w:val="Heading3"/>
      </w:pPr>
      <w:r>
        <w:t>Установка обновления</w:t>
      </w:r>
    </w:p>
    <w:p/>
    <w:p>
      <w:r>
        <w:t>**На заставке:**</w:t>
      </w:r>
    </w:p>
    <w:p>
      <w:r>
        <w:t>1. Если доступна новая версия, нажмите **«Обновить»**</w:t>
      </w:r>
    </w:p>
    <w:p>
      <w:r>
        <w:t>2. Приложение скачает новый APK</w:t>
      </w:r>
    </w:p>
    <w:p>
      <w:r>
        <w:t>3. Появится системное диалог установки</w:t>
      </w:r>
    </w:p>
    <w:p>
      <w:r>
        <w:t>4. Нажмите **«Установить»**</w:t>
      </w:r>
    </w:p>
    <w:p>
      <w:r>
        <w:t>5. Приложение перезапустится с новой версией</w:t>
      </w:r>
    </w:p>
    <w:p/>
    <w:p>
      <w:r>
        <w:t>**Обновление справочника:**</w:t>
      </w:r>
    </w:p>
    <w:p>
      <w:pPr>
        <w:pStyle w:val="ListBullet"/>
      </w:pPr>
      <w:r>
        <w:t>Справочник дорог и станций обновляется автоматически</w:t>
      </w:r>
    </w:p>
    <w:p>
      <w:pPr>
        <w:pStyle w:val="ListBullet"/>
      </w:pPr>
      <w:r>
        <w:t>Обновление происходит в фоне при наличии WiFi</w:t>
      </w:r>
    </w:p>
    <w:p>
      <w:pPr>
        <w:pStyle w:val="ListBullet"/>
      </w:pPr>
      <w:r>
        <w:t>Приложение всегда работает с последней версией справочника</w:t>
      </w:r>
    </w:p>
    <w:p/>
    <w:p>
      <w:pPr>
        <w:pStyle w:val="Heading2"/>
      </w:pPr>
      <w:r>
        <w:t>Профиль и настройки</w:t>
      </w:r>
    </w:p>
    <w:p/>
    <w:p>
      <w:pPr>
        <w:pStyle w:val="Heading3"/>
      </w:pPr>
      <w:r>
        <w:t>Доступ к профилю</w:t>
      </w:r>
    </w:p>
    <w:p/>
    <w:p>
      <w:r>
        <w:t>На главном экране нажмите **«Профиль»** (иконка с человеком)</w:t>
      </w:r>
    </w:p>
    <w:p/>
    <w:p>
      <w:pPr>
        <w:pStyle w:val="Heading3"/>
      </w:pPr>
      <w:r>
        <w:t>Информация в профиле</w:t>
      </w:r>
    </w:p>
    <w:p/>
    <w:p>
      <w:r>
        <w:t>|------|---------|</w:t>
      </w:r>
    </w:p>
    <w:p/>
    <w:p>
      <w:pPr>
        <w:pStyle w:val="Heading3"/>
      </w:pPr>
      <w:r>
        <w:t>Кнопки в профиле</w:t>
      </w:r>
    </w:p>
    <w:p/>
    <w:p>
      <w:r>
        <w:t>|--------|---------|</w:t>
      </w:r>
    </w:p>
    <w:p/>
    <w:p>
      <w:pPr>
        <w:pStyle w:val="Heading2"/>
      </w:pPr>
      <w:r>
        <w:t>Типовые ошибки и решения</w:t>
      </w:r>
    </w:p>
    <w:p/>
    <w:p>
      <w:pPr>
        <w:pStyle w:val="Heading3"/>
      </w:pPr>
      <w:r>
        <w:t>Приложение не запускается</w:t>
      </w:r>
    </w:p>
    <w:p/>
    <w:p>
      <w:r>
        <w:t>**Признак:** При нажатии на значок ничего не происходит или показывается ошибка</w:t>
      </w:r>
    </w:p>
    <w:p/>
    <w:p>
      <w:r>
        <w:t>**Решение:**</w:t>
      </w:r>
    </w:p>
    <w:p>
      <w:r>
        <w:t>1. Перезагрузите телефон</w:t>
      </w:r>
    </w:p>
    <w:p>
      <w:r>
        <w:t>2. Откройте Настройки → Приложения → МИГ → Хранилище → Очистить кэш</w:t>
      </w:r>
    </w:p>
    <w:p>
      <w:r>
        <w:t>3. Запустите приложение повторно</w:t>
      </w:r>
    </w:p>
    <w:p>
      <w:r>
        <w:t>4. Если не помогло, удалите и переустановите приложение</w:t>
      </w:r>
    </w:p>
    <w:p/>
    <w:p>
      <w:pPr>
        <w:pStyle w:val="Heading3"/>
      </w:pPr>
      <w:r>
        <w:t>Забыли пароль</w:t>
      </w:r>
    </w:p>
    <w:p/>
    <w:p>
      <w:r>
        <w:t>**Решение:**</w:t>
      </w:r>
    </w:p>
    <w:p>
      <w:r>
        <w:t>1. На экране входа нажмите **«Забыли пароль?»**</w:t>
      </w:r>
    </w:p>
    <w:p>
      <w:r>
        <w:t>2. Введите email</w:t>
      </w:r>
    </w:p>
    <w:p>
      <w:r>
        <w:t>3. На email придёт ссылка для сброса пароля</w:t>
      </w:r>
    </w:p>
    <w:p>
      <w:r>
        <w:t>4. Перейдите по ссылке в браузере</w:t>
      </w:r>
    </w:p>
    <w:p>
      <w:r>
        <w:t>5. Установите новый пароль</w:t>
      </w:r>
    </w:p>
    <w:p>
      <w:r>
        <w:t>6. Войдите в приложение с новым паролем</w:t>
      </w:r>
    </w:p>
    <w:p/>
    <w:p>
      <w:pPr>
        <w:pStyle w:val="Heading3"/>
      </w:pPr>
      <w:r>
        <w:t>Bluetooth не находит прибор</w:t>
      </w:r>
    </w:p>
    <w:p/>
    <w:p>
      <w:r>
        <w:t>**Признак:** При поиске дальномер не появляется в списке</w:t>
      </w:r>
    </w:p>
    <w:p/>
    <w:p>
      <w:r>
        <w:t>**Решение:**</w:t>
      </w:r>
    </w:p>
    <w:p>
      <w:r>
        <w:t>1. Убедитесь, что Bluetooth **включен** на телефоне</w:t>
      </w:r>
    </w:p>
    <w:p>
      <w:r>
        <w:t>2. Включите дальномер (светодиод должен гореть)</w:t>
      </w:r>
    </w:p>
    <w:p>
      <w:r>
        <w:t>3. Подождите 3 секунды</w:t>
      </w:r>
    </w:p>
    <w:p>
      <w:r>
        <w:t>4. Нажмите **«Обновить»** на экране поиска</w:t>
      </w:r>
    </w:p>
    <w:p>
      <w:r>
        <w:t>5. Если не поможет, переходите к разделу «Сообщить о проблеме»</w:t>
      </w:r>
    </w:p>
    <w:p/>
    <w:p>
      <w:pPr>
        <w:pStyle w:val="Heading3"/>
      </w:pPr>
      <w:r>
        <w:t>Замер не сохраняется</w:t>
      </w:r>
    </w:p>
    <w:p/>
    <w:p>
      <w:r>
        <w:t>**Признак:** После нажатия «Сохранить» замер исчезает</w:t>
      </w:r>
    </w:p>
    <w:p/>
    <w:p>
      <w:r>
        <w:t>**Решение:**</w:t>
      </w:r>
    </w:p>
    <w:p>
      <w:r>
        <w:t>1. Это **нормально**, если замер сохраняется в очередь (нет интернета)</w:t>
      </w:r>
    </w:p>
    <w:p>
      <w:r>
        <w:t>2. Перейдите на экран **«История»** и проверьте, есть ли замер там</w:t>
      </w:r>
    </w:p>
    <w:p>
      <w:r>
        <w:t>3. Если замер есть в истории, он сохранён локально</w:t>
      </w:r>
    </w:p>
    <w:p>
      <w:r>
        <w:t>4. При появлении интернета замер будет отправлен автоматически</w:t>
      </w:r>
    </w:p>
    <w:p/>
    <w:p>
      <w:pPr>
        <w:pStyle w:val="Heading3"/>
      </w:pPr>
      <w:r>
        <w:t>Синхронизация зависла</w:t>
      </w:r>
    </w:p>
    <w:p/>
    <w:p>
      <w:r>
        <w:t>**Признак:** На экране синхронизации долго показывается прогресс, ничего не меняется</w:t>
      </w:r>
    </w:p>
    <w:p/>
    <w:p>
      <w:r>
        <w:t>**Решение:**</w:t>
      </w:r>
    </w:p>
    <w:p>
      <w:r>
        <w:t>1. Проверьте интернет (откройте браузер, посетите сайт)</w:t>
      </w:r>
    </w:p>
    <w:p>
      <w:r>
        <w:t>2. Если интернет работает, нажмите **«Отмена»**</w:t>
      </w:r>
    </w:p>
    <w:p>
      <w:r>
        <w:t>3. Подождите 1 минуту</w:t>
      </w:r>
    </w:p>
    <w:p>
      <w:r>
        <w:t>4. Нажмите **«Синхронизация»** повторно</w:t>
      </w:r>
    </w:p>
    <w:p>
      <w:r>
        <w:t>5. Если проблема повторяется, отправьте диагностический отчёт</w:t>
      </w:r>
    </w:p>
    <w:p/>
    <w:p>
      <w:pPr>
        <w:pStyle w:val="Heading3"/>
      </w:pPr>
      <w:r>
        <w:t>Нет связи с сервером</w:t>
      </w:r>
    </w:p>
    <w:p/>
    <w:p>
      <w:r>
        <w:t>**Признак:** Приложение показывает красный крест, синхронизация не работает</w:t>
      </w:r>
    </w:p>
    <w:p/>
    <w:p>
      <w:r>
        <w:t>**Решение:**</w:t>
      </w:r>
    </w:p>
    <w:p>
      <w:r>
        <w:t>1. Проверьте интернет-соединение:</w:t>
      </w:r>
    </w:p>
    <w:p>
      <w:pPr>
        <w:pStyle w:val="ListBullet2"/>
      </w:pPr>
      <w:r>
        <w:t>- Откройте браузер и посетите сайт</w:t>
      </w:r>
    </w:p>
    <w:p>
      <w:pPr>
        <w:pStyle w:val="ListBullet2"/>
      </w:pPr>
      <w:r>
        <w:t>- Если сайт не открывается, проблема в интернете</w:t>
      </w:r>
    </w:p>
    <w:p>
      <w:r>
        <w:t>2. Если интернет работает:</w:t>
      </w:r>
    </w:p>
    <w:p>
      <w:pPr>
        <w:pStyle w:val="ListBullet2"/>
      </w:pPr>
      <w:r>
        <w:t>- Перезагрузите приложение</w:t>
      </w:r>
    </w:p>
    <w:p>
      <w:pPr>
        <w:pStyle w:val="ListBullet2"/>
      </w:pPr>
      <w:r>
        <w:t>- Если не помогло, перезагрузите телефон</w:t>
      </w:r>
    </w:p>
    <w:p>
      <w:r>
        <w:t>3. Попробуйте синхронизировать снова</w:t>
      </w:r>
    </w:p>
    <w:p/>
    <w:p>
      <w:r>
        <w:t>**Если всё ещё не работает:**</w:t>
      </w:r>
    </w:p>
    <w:p>
      <w:pPr>
        <w:pStyle w:val="ListBullet"/>
      </w:pPr>
      <w:r>
        <w:t>Отправьте диагностический отчёт</w:t>
      </w:r>
    </w:p>
    <w:p>
      <w:pPr>
        <w:pStyle w:val="ListBullet"/>
      </w:pPr>
      <w:r>
        <w:t>Свяжитесь с администратором</w:t>
      </w:r>
    </w:p>
    <w:p/>
    <w:p>
      <w:pPr>
        <w:pStyle w:val="Heading3"/>
      </w:pPr>
      <w:r>
        <w:t>Приложение часто падает</w:t>
      </w:r>
    </w:p>
    <w:p/>
    <w:p>
      <w:r>
        <w:t>**Решение:**</w:t>
      </w:r>
    </w:p>
    <w:p>
      <w:r>
        <w:t>1. Обновитесь до последней версии</w:t>
      </w:r>
    </w:p>
    <w:p>
      <w:r>
        <w:t>2. Очистите кэш: Настройки → Приложения → МИГ → Хранилище → Очистить кэш</w:t>
      </w:r>
    </w:p>
    <w:p>
      <w:r>
        <w:t>3. Если падает при определённом замере, отправьте отчёт</w:t>
      </w:r>
    </w:p>
    <w:p>
      <w:r>
        <w:t>4. Удалите и переустановите приложение</w:t>
      </w:r>
    </w:p>
    <w:p/>
    <w:p>
      <w:pPr>
        <w:pStyle w:val="Heading2"/>
      </w:pPr>
      <w:r>
        <w:t>Отправка отчёта о проблеме</w:t>
      </w:r>
    </w:p>
    <w:p/>
    <w:p>
      <w:r>
        <w:t>Если возникла проблема, которую вы не можете решить:</w:t>
      </w:r>
    </w:p>
    <w:p/>
    <w:p>
      <w:r>
        <w:t>1. Нажмите кнопку **«Помощь»** в приложении (иконка с вопросом)</w:t>
      </w:r>
    </w:p>
    <w:p>
      <w:r>
        <w:t>2. Выберите **«Отправить отчёт»**</w:t>
      </w:r>
    </w:p>
    <w:p>
      <w:r>
        <w:t>3. Опишите проблему короткой фразой</w:t>
      </w:r>
    </w:p>
    <w:p>
      <w:r>
        <w:t>4. Нажмите **«Отправить»**</w:t>
      </w:r>
    </w:p>
    <w:p/>
    <w:p>
      <w:r>
        <w:t>Приложение отправит на сервер:</w:t>
      </w:r>
    </w:p>
    <w:p>
      <w:pPr>
        <w:pStyle w:val="ListBullet"/>
      </w:pPr>
      <w:r>
        <w:t>Описание проблемы</w:t>
      </w:r>
    </w:p>
    <w:p>
      <w:pPr>
        <w:pStyle w:val="ListBullet"/>
      </w:pPr>
      <w:r>
        <w:t>Логи приложения</w:t>
      </w:r>
    </w:p>
    <w:p>
      <w:pPr>
        <w:pStyle w:val="ListBullet"/>
      </w:pPr>
      <w:r>
        <w:t>Версию приложения и операционной системы</w:t>
      </w:r>
    </w:p>
    <w:p>
      <w:pPr>
        <w:pStyle w:val="ListBullet"/>
      </w:pPr>
      <w:r>
        <w:t>Информацию о дальномере</w:t>
      </w:r>
    </w:p>
    <w:p>
      <w:pPr>
        <w:pStyle w:val="ListBullet"/>
      </w:pPr>
      <w:r>
        <w:t>Последние замеры</w:t>
      </w:r>
    </w:p>
    <w:p/>
    <w:p>
      <w:r>
        <w:t>Администратор получит отчёт и свяжется с вами.</w:t>
      </w:r>
    </w:p>
    <w:p/>
    <w:p>
      <w:pPr>
        <w:pStyle w:val="Heading2"/>
      </w:pPr>
      <w:r>
        <w:t>Справочник экранов приложения</w:t>
      </w:r>
    </w:p>
    <w:p/>
    <w:p>
      <w:pPr>
        <w:pStyle w:val="Heading3"/>
      </w:pPr>
      <w:r>
        <w:t>activity_app — главное окно приложения</w:t>
      </w:r>
    </w:p>
    <w:p/>
    <w:p>
      <w:r>
        <w:t>Главная активность Android приложения, управляет навигацией между фрагментами и обработкой системных событий. Отвечает за инициализацию, аутентификацию, проверку обновлений и синхронизацию справочников при запуске.</w:t>
      </w:r>
    </w:p>
    <w:p/>
    <w:p>
      <w:pPr>
        <w:pStyle w:val="Heading3"/>
      </w:pPr>
      <w:r>
        <w:t>alert_dialog_input_text — диалог ввода текста</w:t>
      </w:r>
    </w:p>
    <w:p/>
    <w:p>
      <w:r>
        <w:t>Всплывающее окно для ввода текстовой информации (названия, примечания, коды). Используется в формах создания и редактирования замеров.</w:t>
      </w:r>
    </w:p>
    <w:p/>
    <w:p>
      <w:pPr>
        <w:pStyle w:val="Heading3"/>
      </w:pPr>
      <w:r>
        <w:t>auth_fragment — вход в приложение</w:t>
      </w:r>
    </w:p>
    <w:p/>
    <w:p>
      <w:r>
        <w:t>Экран аутентификации для входа по электронной почте и паролю. Проверяет учётные данные с сервером и загружает разрешения пользователя.</w:t>
      </w:r>
    </w:p>
    <w:p/>
    <w:p>
      <w:pPr>
        <w:pStyle w:val="Heading3"/>
      </w:pPr>
      <w:r>
        <w:t>bluetooth_fragment — управление дальномером</w:t>
      </w:r>
    </w:p>
    <w:p/>
    <w:p>
      <w:r>
        <w:t>Поиск дальномера, подключение к нему и отчёт о связи.</w:t>
      </w:r>
    </w:p>
    <w:p/>
    <w:p>
      <w:r>
        <w:t>**Как опознаётся прибор.** В первую очередь по служебному признаку, который прибор</w:t>
      </w:r>
    </w:p>
    <w:p>
      <w:r>
        <w:t>передаёт в эфир: он не зависит ни от имени, ни от адреса конкретного экземпляра.</w:t>
      </w:r>
    </w:p>
    <w:p>
      <w:r>
        <w:t>Затем по имени, по префиксу адреса производителя и по памяти телефона — прибор, с</w:t>
      </w:r>
    </w:p>
    <w:p>
      <w:r>
        <w:t>которым связь однажды встала, показывается сразу и во все следующие разы. Это важно</w:t>
      </w:r>
    </w:p>
    <w:p>
      <w:r>
        <w:t>потому, что некоторые приборы **не передают имя в эфире вовсе**: своё название они</w:t>
      </w:r>
    </w:p>
    <w:p>
      <w:r>
        <w:t>сообщают только после подключения.</w:t>
      </w:r>
    </w:p>
    <w:p/>
    <w:p>
      <w:r>
        <w:t>**Список найденных устройств.** Под названием каждой строки написано, опознано ли</w:t>
      </w:r>
    </w:p>
    <w:p>
      <w:r>
        <w:t>устройство как измерительный прибор, как оно найдено (BLE или классический поиск)</w:t>
      </w:r>
    </w:p>
    <w:p>
      <w:r>
        <w:t>и его адрес. Опознанные приборы стоят вверху списка, затем устройства с именем,</w:t>
      </w:r>
    </w:p>
    <w:p>
      <w:r>
        <w:t>затем безымянные: среди трёх десятков посторонних устройств прибор иначе не найти.</w:t>
      </w:r>
    </w:p>
    <w:p/>
    <w:p>
      <w:r>
        <w:t>**Две кнопки показа.** «Показывать только приборы» оставляет в списке то, что</w:t>
      </w:r>
    </w:p>
    <w:p>
      <w:r>
        <w:t>опознано как прибор. «Показать все устройства» показывает весь найденный эфир —</w:t>
      </w:r>
    </w:p>
    <w:p>
      <w:r>
        <w:t>это запасной путь, когда прибор не опознался ни по имени, ни по адресу.</w:t>
      </w:r>
    </w:p>
    <w:p>
      <w:r>
        <w:t>Переключение мгновенное: найденное не теряется и повторный поиск не нужен.</w:t>
      </w:r>
    </w:p>
    <w:p/>
    <w:p>
      <w:r>
        <w:t>**Пустой список объясняет причину.** Если не найдено ничего — приложение просит</w:t>
      </w:r>
    </w:p>
    <w:p>
      <w:r>
        <w:t>включить прибор и повторить поиск. Если найденное есть, но приборов среди него</w:t>
      </w:r>
    </w:p>
    <w:p>
      <w:r>
        <w:t>нет, — приложение так и говорит, называет число найденных устройств и предлагает</w:t>
      </w:r>
    </w:p>
    <w:p>
      <w:r>
        <w:t>показать их все или подключиться по адресу.</w:t>
      </w:r>
    </w:p>
    <w:p/>
    <w:p>
      <w:r>
        <w:t>**Подключение по адресу** нужно, когда прибор не передаёт имя в эфире. Адрес</w:t>
      </w:r>
    </w:p>
    <w:p>
      <w:r>
        <w:t>показан на самом приборе: меню → Инф. о приборе → Адрес Bt.</w:t>
      </w:r>
    </w:p>
    <w:p/>
    <w:p>
      <w:r>
        <w:t>**Отчёт о подключении** и кнопка «Сообщить о проблеме с дальномером» собирают</w:t>
      </w:r>
    </w:p>
    <w:p>
      <w:r>
        <w:t>журнал связи и отправляют его на сервер.</w:t>
      </w:r>
    </w:p>
    <w:p/>
    <w:p>
      <w:pPr>
        <w:pStyle w:val="Heading3"/>
      </w:pPr>
      <w:r>
        <w:t>bosch_otg_fragment — файлы дальномера по USB</w:t>
      </w:r>
    </w:p>
    <w:p/>
    <w:p>
      <w:r>
        <w:t>Экран для работы с файлами дальномера при подключении по USB On-The-Go (OTG). Позволяет просмотреть и передать файлы измерений с прибора на телефон.</w:t>
      </w:r>
    </w:p>
    <w:p/>
    <w:p>
      <w:pPr>
        <w:pStyle w:val="Heading3"/>
      </w:pPr>
      <w:r>
        <w:t>bridge_crossing_fragment — измерения на мостах</w:t>
      </w:r>
    </w:p>
    <w:p/>
    <w:p>
      <w:r>
        <w:t>Экран для выполнения замеров на мостах. Позволяет выбрать тип моста, направление и выполнить измерения параметров приближения строений.</w:t>
      </w:r>
    </w:p>
    <w:p/>
    <w:p>
      <w:r>
        <w:t>Мостовой переход заводится кнопкой «Завести мостовой переход» внизу экрана:</w:t>
      </w:r>
    </w:p>
    <w:p>
      <w:r>
        <w:t>в справочнике их нет, и до заведения замерять нечего.</w:t>
      </w:r>
    </w:p>
    <w:p/>
    <w:p>
      <w:pPr>
        <w:pStyle w:val="Heading3"/>
      </w:pPr>
      <w:r>
        <w:t>create_measurements_fragment — создание нового замера</w:t>
      </w:r>
    </w:p>
    <w:p/>
    <w:p>
      <w:r>
        <w:t>Экран для начала нового замера. Предлагает выбрать тип измерения (контактный провод, несущий трос, расстояние до опоры), дорогу, участок и направление.</w:t>
      </w:r>
    </w:p>
    <w:p/>
    <w:p>
      <w:pPr>
        <w:pStyle w:val="Heading3"/>
      </w:pPr>
      <w:r>
        <w:t>create_opora_view — редактор параметров опоры</w:t>
      </w:r>
    </w:p>
    <w:p/>
    <w:p>
      <w:r>
        <w:t>Вспомогательный компонент для ввода и редактирования параметров опоры (опора, платформа, расстояние и т.д.) в форме замера.</w:t>
      </w:r>
    </w:p>
    <w:p/>
    <w:p>
      <w:pPr>
        <w:pStyle w:val="Heading3"/>
      </w:pPr>
      <w:r>
        <w:t>devices_fragment — список дальномеров</w:t>
      </w:r>
    </w:p>
    <w:p/>
    <w:p>
      <w:r>
        <w:t>Экран со списком найденных дальномеров. Показывает адреса Bluetooth, уровень сигнала и позволяет выбрать прибор для подключения.</w:t>
      </w:r>
    </w:p>
    <w:p/>
    <w:p>
      <w:pPr>
        <w:pStyle w:val="Heading3"/>
      </w:pPr>
      <w:r>
        <w:t>inter_track_distance_fragment — измерение расстояния между путями</w:t>
      </w:r>
    </w:p>
    <w:p/>
    <w:p>
      <w:r>
        <w:t>Экран для выполнения специализированного замера расстояния между рельсами. Используется для проверки колеи (1520 мм, 760 мм и т.д.).</w:t>
      </w:r>
    </w:p>
    <w:p/>
    <w:p>
      <w:pPr>
        <w:pStyle w:val="Heading3"/>
      </w:pPr>
      <w:r>
        <w:t>lab_fragment — контроль прибора по эталону</w:t>
      </w:r>
    </w:p>
    <w:p/>
    <w:p>
      <w:r>
        <w:t>Экран отвечает на один вопрос: сходится ли прибор с эталоном.</w:t>
      </w:r>
    </w:p>
    <w:p/>
    <w:p>
      <w:r>
        <w:t>**Тип контроля.** Вверху — список типов; у каждого своё название и свой эталон</w:t>
      </w:r>
    </w:p>
    <w:p>
      <w:r>
        <w:t>(горизонталь и высота в миллиметрах). По умолчанию заведены положения</w:t>
      </w:r>
    </w:p>
    <w:p>
      <w:r>
        <w:t>испытательного стенда ИС02.00.000: нулевое (760 × 0), А (1640 × 200), Б (250 × 1000).</w:t>
      </w:r>
    </w:p>
    <w:p>
      <w:r>
        <w:t>Кнопка «Правка» меняет эталон текущего типа, она же позволяет завести свой —</w:t>
      </w:r>
    </w:p>
    <w:p>
      <w:r>
        <w:t>стенд у бригады может быть другой. Переключение типа переносит сверку на его</w:t>
      </w:r>
    </w:p>
    <w:p>
      <w:r>
        <w:t>эталон: серия у каждого типа своя и не смешивается.</w:t>
      </w:r>
    </w:p>
    <w:p/>
    <w:p>
      <w:r>
        <w:t>**Серия замеров.** Каждый замер сразу сверяется с эталоном и попадает в список:</w:t>
      </w:r>
    </w:p>
    <w:p>
      <w:r>
        <w:t>горизонталь и высота с отклонением. Под списком — сводка: сколько замеров,</w:t>
      </w:r>
    </w:p>
    <w:p>
      <w:r>
        <w:t>среднее отклонение и размах. Среднее говорит о смещении прибора, размах — о</w:t>
      </w:r>
    </w:p>
    <w:p>
      <w:r>
        <w:t>повторяемости; по одному замеру ни того, ни другого не видно. Лишний замер</w:t>
      </w:r>
    </w:p>
    <w:p>
      <w:r>
        <w:t>удаляется из списка, вся серия — кнопкой «Очистить серию».</w:t>
      </w:r>
    </w:p>
    <w:p/>
    <w:p>
      <w:r>
        <w:t>**Итог замера** выводится над серией крупно: замер, эталон, отклонение и вывод —</w:t>
      </w:r>
    </w:p>
    <w:p>
      <w:r>
        <w:t>сошлось или нет и чем вызвано расхождение (углом или наклонной). Зелёный —</w:t>
      </w:r>
    </w:p>
    <w:p>
      <w:r>
        <w:t>в пределах, красный — вышло за них.</w:t>
      </w:r>
    </w:p>
    <w:p/>
    <w:p>
      <w:r>
        <w:t>**Разбор расчёта** под серией, свёрнут: исходные величины прибора с единицами,</w:t>
      </w:r>
    </w:p>
    <w:p>
      <w:r>
        <w:t>калибровка, каждый промежуточный шаг с формулой, сверка прибора с самим собой.</w:t>
      </w:r>
    </w:p>
    <w:p>
      <w:r>
        <w:t>Разворачивается нажатием на заголовок.</w:t>
      </w:r>
    </w:p>
    <w:p/>
    <w:p>
      <w:r>
        <w:t>**Отчёт** собирается по серии текущего типа: таблица замеров с отклонениями и</w:t>
      </w:r>
    </w:p>
    <w:p>
      <w:r>
        <w:t>сводка, файлом в PDF. Если замеров нет, приложение прямо говорит, по какому типу</w:t>
      </w:r>
    </w:p>
    <w:p>
      <w:r>
        <w:t>их нет и что сделать.</w:t>
      </w:r>
    </w:p>
    <w:p/>
    <w:p>
      <w:r>
        <w:t>**Журнал расчётов** уходит на сервер вместе со всей серией: там его пересчитывают</w:t>
      </w:r>
    </w:p>
    <w:p>
      <w:r>
        <w:t>независимо и отвечают, сошёлся ли расчёт приложения с исходными числами прибора.</w:t>
      </w:r>
    </w:p>
    <w:p/>
    <w:p>
      <w:pPr>
        <w:pStyle w:val="Heading3"/>
      </w:pPr>
      <w:r>
        <w:t>layout_header — заголовок экрана</w:t>
      </w:r>
    </w:p>
    <w:p/>
    <w:p>
      <w:r>
        <w:t>Переиспользуемый компонент шапки экрана с логотипом, названием и меню опций. Используется на нескольких экранах.</w:t>
      </w:r>
    </w:p>
    <w:p/>
    <w:p>
      <w:pPr>
        <w:pStyle w:val="Heading3"/>
      </w:pPr>
      <w:r>
        <w:t>list_items_fragment — список объектов (дороги, участки, станции)</w:t>
      </w:r>
    </w:p>
    <w:p/>
    <w:p>
      <w:r>
        <w:t>Экран с иерархическим списком железных дорог, участков и станций. Используется для навигации по справочнику при выборе места замера.</w:t>
      </w:r>
    </w:p>
    <w:p/>
    <w:p>
      <w:pPr>
        <w:pStyle w:val="Heading3"/>
      </w:pPr>
      <w:r>
        <w:t>measure_inter_track_view — ввод измерения между путями</w:t>
      </w:r>
    </w:p>
    <w:p/>
    <w:p>
      <w:r>
        <w:t>Вспомогательный компонент для ввода результата измерения расстояния между путями. Показывает результат с проверкой по допускам.</w:t>
      </w:r>
    </w:p>
    <w:p/>
    <w:p>
      <w:pPr>
        <w:pStyle w:val="Heading3"/>
      </w:pPr>
      <w:r>
        <w:t>measure_to_area_view — ввод измерения до площади</w:t>
      </w:r>
    </w:p>
    <w:p/>
    <w:p>
      <w:r>
        <w:t>Вспомогательный компонент для ввода измерения расстояния до конструкции или площади. Может содержать несколько точек измерения.</w:t>
      </w:r>
    </w:p>
    <w:p/>
    <w:p>
      <w:pPr>
        <w:pStyle w:val="Heading3"/>
      </w:pPr>
      <w:r>
        <w:t>measurements_list_fragment — история замеров</w:t>
      </w:r>
    </w:p>
    <w:p/>
    <w:p>
      <w:r>
        <w:t>Экран со списком всех выполненных замеров. Показывает дату, место, тип, статус синхронизации. Позволяет просмотреть детали или удалить замер.</w:t>
      </w:r>
    </w:p>
    <w:p/>
    <w:p>
      <w:pPr>
        <w:pStyle w:val="Heading3"/>
      </w:pPr>
      <w:r>
        <w:t>onboarding_fragment — первый запуск приложения</w:t>
      </w:r>
    </w:p>
    <w:p/>
    <w:p>
      <w:r>
        <w:t>Экран приветствия и инструкции для первого запуска. Объясняет основные функции и требования к разрешениям.</w:t>
      </w:r>
    </w:p>
    <w:p/>
    <w:p>
      <w:pPr>
        <w:pStyle w:val="Heading3"/>
      </w:pPr>
      <w:r>
        <w:t>params_height_path_view — ввод высоты и пути</w:t>
      </w:r>
    </w:p>
    <w:p/>
    <w:p>
      <w:r>
        <w:t xml:space="preserve">Вспомогательный компонент для ввода параметров высоты от головки калибровочного рельса </w:t>
      </w:r>
    </w:p>
    <w:p>
      <w:r>
        <w:t>и направления (путь 1, путь 2 и т.д.) при замере контактного провода.</w:t>
      </w:r>
    </w:p>
    <w:p/>
    <w:p>
      <w:pPr>
        <w:pStyle w:val="Heading3"/>
      </w:pPr>
      <w:r>
        <w:t>params_of_suppot_and_podveski_view — ввод параметров подвески</w:t>
      </w:r>
    </w:p>
    <w:p/>
    <w:p>
      <w:r>
        <w:t>Вспомогательный компонент для ввода типа опоры и параметров подвески провода (высота подвески, расстояние между опорами).</w:t>
      </w:r>
    </w:p>
    <w:p/>
    <w:p>
      <w:pPr>
        <w:pStyle w:val="Heading3"/>
      </w:pPr>
      <w:r>
        <w:t>platform_fragment — карточка платформы</w:t>
      </w:r>
    </w:p>
    <w:p/>
    <w:p>
      <w:r>
        <w:t>Экран платформы: тип и расположение, номер пути, километр и пикет, переход к замерам</w:t>
      </w:r>
    </w:p>
    <w:p>
      <w:r>
        <w:t>самой платформы и к её объектам — навесу, торцевому ограждению, мостовому переходу и</w:t>
      </w:r>
    </w:p>
    <w:p>
      <w:r>
        <w:t>опорам.</w:t>
      </w:r>
    </w:p>
    <w:p/>
    <w:p>
      <w:r>
        <w:t>Если объекта у платформы ещё нет, приложение предлагает завести его на месте:</w:t>
      </w:r>
    </w:p>
    <w:p>
      <w:r>
        <w:t>«У этой платформы не заведён навес. Завести и перейти к замерам?» → «Завести».</w:t>
      </w:r>
    </w:p>
    <w:p>
      <w:r>
        <w:t>Заведённый объект сразу получает тип и виды замеров и уходит на сервер при</w:t>
      </w:r>
    </w:p>
    <w:p>
      <w:r>
        <w:t>ближайшей синхронизации; в автономном режиме остаётся на телефоне.</w:t>
      </w:r>
    </w:p>
    <w:p/>
    <w:p>
      <w:pPr>
        <w:pStyle w:val="Heading3"/>
      </w:pPr>
      <w:r>
        <w:t>profile_fragment — настройки</w:t>
      </w:r>
    </w:p>
    <w:p/>
    <w:p>
      <w:r>
        <w:t>Версия приложения, пользователь и режим работы, подключённый прибор, переходы в</w:t>
      </w:r>
    </w:p>
    <w:p>
      <w:r>
        <w:t>разделы и настройки.</w:t>
      </w:r>
    </w:p>
    <w:p/>
    <w:p>
      <w:r>
        <w:t>Порядок сверху вниз: сведения о версии и пользователе, режим работы (со связью</w:t>
      </w:r>
    </w:p>
    <w:p>
      <w:r>
        <w:t>или автономный), подключённое устройство, кнопки «Настройки блютуз» и</w:t>
      </w:r>
    </w:p>
    <w:p>
      <w:r>
        <w:t>«Синхронизация с сервером», «Фото синхронизация» и «Лаборатория», затем «Быстрый</w:t>
      </w:r>
    </w:p>
    <w:p>
      <w:r>
        <w:t>замер», «Проверить обновления», переключатель «Управление дальномером из</w:t>
      </w:r>
    </w:p>
    <w:p>
      <w:r>
        <w:t>приложения», «Мои дороги», «Отправить журнал работы» и «Выйти».</w:t>
      </w:r>
    </w:p>
    <w:p/>
    <w:p>
      <w:r>
        <w:t>**Управление дальномером из приложения.** Когда включено, приложение само задаёт</w:t>
      </w:r>
    </w:p>
    <w:p>
      <w:r>
        <w:t>прибору режим измерения и точку отсчёта при выборе вида замера — и **проверяет,</w:t>
      </w:r>
    </w:p>
    <w:p>
      <w:r>
        <w:t>что прибор действительно переключился**: подтверждением считается режим в ответном</w:t>
      </w:r>
    </w:p>
    <w:p>
      <w:r>
        <w:t>кадре прибора, а не то, что команда ушла. При успехе выводится сообщение</w:t>
      </w:r>
    </w:p>
    <w:p>
      <w:r>
        <w:t>«Дальномер переведён в режим … автоматически». Если подтверждения нет, приложение</w:t>
      </w:r>
    </w:p>
    <w:p>
      <w:r>
        <w:t>говорит об этом прямо и просит переключить режим на самом приборе. Выключайте</w:t>
      </w:r>
    </w:p>
    <w:p>
      <w:r>
        <w:t>переключатель только с прибором в руках: если замеры перестанут приходить —</w:t>
      </w:r>
    </w:p>
    <w:p>
      <w:r>
        <w:t>выключите, и режим придётся выставлять вручную.</w:t>
      </w:r>
    </w:p>
    <w:p/>
    <w:p>
      <w:pPr>
        <w:pStyle w:val="Heading3"/>
      </w:pPr>
      <w:r>
        <w:t>quick_measure_fragment — быстрый замер</w:t>
      </w:r>
    </w:p>
    <w:p/>
    <w:p>
      <w:r>
        <w:t>Пробный замер без привязки к объекту. Открывается из профиля кнопкой</w:t>
      </w:r>
    </w:p>
    <w:p>
      <w:r>
        <w:t>«Быстрый замер» — ни дорогу, ни участок, ни станцию, ни объект выбирать не нужно.</w:t>
      </w:r>
    </w:p>
    <w:p/>
    <w:p>
      <w:r>
        <w:t>Кнопка «Провести замер» внизу спускает прибор. Над списком показано, что прибор</w:t>
      </w:r>
    </w:p>
    <w:p>
      <w:r>
        <w:t>прислал последним: наклонная, угол, горизонталь и высота. Замер попадает в список</w:t>
      </w:r>
    </w:p>
    <w:p>
      <w:r>
        <w:t>этого сеанса; под списком — сколько замеров и размах по наклонной и по углу.</w:t>
      </w:r>
    </w:p>
    <w:p>
      <w:r>
        <w:t>Размах здесь единственное, что имеет смысл: он показывает повторяемость прибора,</w:t>
      </w:r>
    </w:p>
    <w:p>
      <w:r>
        <w:t>а сверять попадание не с чем — эталона на этом экране нет.</w:t>
      </w:r>
    </w:p>
    <w:p/>
    <w:p>
      <w:r>
        <w:t>**Ничего не сохраняется.** Список живёт, пока открыт экран: на телефоне он не</w:t>
      </w:r>
    </w:p>
    <w:p>
      <w:r>
        <w:t>остаётся, в ведомость не попадает и на сервер не уходит. Отчёта здесь тоже нет —</w:t>
      </w:r>
    </w:p>
    <w:p>
      <w:r>
        <w:t>экран для того, чтобы быстро проверить прибор или прицел, а не для работы.</w:t>
      </w:r>
    </w:p>
    <w:p/>
    <w:p>
      <w:r>
        <w:t>Замер, который прибор не принял, виден строкой «НЕ ПРИНЯТ» с причиной, но в</w:t>
      </w:r>
    </w:p>
    <w:p>
      <w:r>
        <w:t>список не идёт.</w:t>
      </w:r>
    </w:p>
    <w:p/>
    <w:p>
      <w:r>
        <w:t>Если прибор не подключён, об этом сказано вверху экрана; подключается он на</w:t>
      </w:r>
    </w:p>
    <w:p>
      <w:r>
        <w:t>экране Bluetooth.</w:t>
      </w:r>
    </w:p>
    <w:p/>
    <w:p>
      <w:pPr>
        <w:pStyle w:val="Heading3"/>
      </w:pPr>
      <w:r>
        <w:t>railway_fragment — список железных дорог</w:t>
      </w:r>
    </w:p>
    <w:p/>
    <w:p>
      <w:r>
        <w:t>Экран с полным справочником железных дорог. Позволяет выбрать дорогу для просмотра участков и станций.</w:t>
      </w:r>
    </w:p>
    <w:p/>
    <w:p>
      <w:pPr>
        <w:pStyle w:val="Heading3"/>
      </w:pPr>
      <w:r>
        <w:t>railway_section_fragment — участок железной дороги</w:t>
      </w:r>
    </w:p>
    <w:p/>
    <w:p>
      <w:r>
        <w:t>Экран с информацией о конкретном участке ж/д (направление, количество путей, станции, координаты).</w:t>
      </w:r>
    </w:p>
    <w:p/>
    <w:p>
      <w:pPr>
        <w:pStyle w:val="Heading3"/>
      </w:pPr>
      <w:r>
        <w:t>report_fragment — отчёт о замере</w:t>
      </w:r>
    </w:p>
    <w:p/>
    <w:p>
      <w:r>
        <w:t>Экран для просмотра и печати отчёта о выполненном замере. Выводит данные в формате ведомости по ГОСТ.</w:t>
      </w:r>
    </w:p>
    <w:p/>
    <w:p>
      <w:pPr>
        <w:pStyle w:val="Heading3"/>
      </w:pPr>
      <w:r>
        <w:t>screen_measurements_fragment — замер на экране прибора</w:t>
      </w:r>
    </w:p>
    <w:p/>
    <w:p>
      <w:r>
        <w:t xml:space="preserve">Экран для просмотра данных, полученных непосредственно от дальномера. Показывает значение измерения, статус подключения, </w:t>
      </w:r>
    </w:p>
    <w:p>
      <w:r>
        <w:t>а также допускаемые диапазоны (нормы) по всем видам замеров для текущего сооружения.</w:t>
      </w:r>
    </w:p>
    <w:p/>
    <w:p>
      <w:pPr>
        <w:pStyle w:val="Heading3"/>
      </w:pPr>
      <w:r>
        <w:t>splash_fragment — экран заставки</w:t>
      </w:r>
    </w:p>
    <w:p/>
    <w:p>
      <w:r>
        <w:t>Экран при запуске приложения с логотипом и кнопкой входа. Проверяет наличие обновления.</w:t>
      </w:r>
    </w:p>
    <w:p/>
    <w:p>
      <w:pPr>
        <w:pStyle w:val="Heading3"/>
      </w:pPr>
      <w:r>
        <w:t>station_peregon_fragment — станция и перегон</w:t>
      </w:r>
    </w:p>
    <w:p/>
    <w:p>
      <w:r>
        <w:t>Экран для выбора станции и направления перегона (между какими станциями выполнять замеры).</w:t>
      </w:r>
    </w:p>
    <w:p/>
    <w:p>
      <w:pPr>
        <w:pStyle w:val="Heading3"/>
      </w:pPr>
      <w:r>
        <w:t>support_fragment — карточка опоры контактной сети</w:t>
      </w:r>
    </w:p>
    <w:p/>
    <w:p>
      <w:r>
        <w:t xml:space="preserve">Экран заведённой опоры: наименование, километр, номер пути и пикет. Отсюда три перехода </w:t>
      </w:r>
    </w:p>
    <w:p>
      <w:r>
        <w:t>к замерам: «Замеры опоры» (выполняются двумя наведениями — сначала на сам объект опоры,</w:t>
      </w:r>
    </w:p>
    <w:p>
      <w:r>
        <w:t xml:space="preserve">затем на точку подвеса контактной сети), «Контактный провод» и «Несущий трос». </w:t>
      </w:r>
    </w:p>
    <w:p>
      <w:r>
        <w:t>Кнопка «Сохранить» записывает правку карточки на телефоне, при наличии связи отправляет её на сервер.</w:t>
      </w:r>
    </w:p>
    <w:p/>
    <w:p>
      <w:r>
        <w:t>Опора заводится кнопкой «Добавить» в списке опор станции или платформы: в окне</w:t>
      </w:r>
    </w:p>
    <w:p>
      <w:r>
        <w:t>«Создание опоры» заполняются наименование, километр, номер пути и пикет. Заведённая опора</w:t>
      </w:r>
    </w:p>
    <w:p>
      <w:r>
        <w:t>получает тип и виды замеров и при ближайшей синхронизации уходит на сервер; в автономном</w:t>
      </w:r>
    </w:p>
    <w:p>
      <w:r>
        <w:t>режиме остаётся на телефоне.</w:t>
      </w:r>
    </w:p>
    <w:p/>
    <w:p>
      <w:pPr>
        <w:pStyle w:val="Heading3"/>
      </w:pPr>
      <w:r>
        <w:t>track_fragment — карточка пути</w:t>
      </w:r>
    </w:p>
    <w:p/>
    <w:p>
      <w:r>
        <w:t>Экран пути станции: паспортные признаки (категория, колея, тип рельсов и шпал,</w:t>
      </w:r>
    </w:p>
    <w:p>
      <w:r>
        <w:t>допускаемая скорость), геометрия (план пути, радиус кривой, возвышение наружного</w:t>
      </w:r>
    </w:p>
    <w:p>
      <w:r>
        <w:t>рельса, сторона кривой), признаки выбора нормы (чётность, назначение,</w:t>
      </w:r>
    </w:p>
    <w:p>
      <w:r>
        <w:t>электрификация, «до реконструкции») и привязка по километру и пикету.</w:t>
      </w:r>
    </w:p>
    <w:p/>
    <w:p>
      <w:r>
        <w:t>Признаки выбираются из списков, а не вводятся руками: сервер принимает только</w:t>
      </w:r>
    </w:p>
    <w:p>
      <w:r>
        <w:t>значения справочника. Кнопка «Сохранить» пишет правку в базу телефона и, при</w:t>
      </w:r>
    </w:p>
    <w:p>
      <w:r>
        <w:t>работе с авторизацией, отправляет её на сервер. Если сведения по пути утверждены</w:t>
      </w:r>
    </w:p>
    <w:p>
      <w:r>
        <w:t>на сервере, правка отклоняется целиком — об этом приложение сообщает.</w:t>
      </w:r>
    </w:p>
    <w:p/>
    <w:p>
      <w:r>
        <w:t>Все замеры отсчитываются от пути: от его оси и от уровня головки рельса, а норма</w:t>
      </w:r>
    </w:p>
    <w:p>
      <w:r>
        <w:t>в кривой считается по радиусу и возвышению.</w:t>
      </w:r>
    </w:p>
    <w:p/>
    <w:p>
      <w:pPr>
        <w:pStyle w:val="Heading3"/>
      </w:pPr>
      <w:r>
        <w:t>sync_fragment — синхронизация с сервером</w:t>
      </w:r>
    </w:p>
    <w:p/>
    <w:p>
      <w:r>
        <w:t>Экран ручной синхронизации замеров. Показывает прогресс отправки, количество успешно синхронизированных замеров и ошибки при передаче.</w:t>
      </w:r>
    </w:p>
    <w:p/>
    <w:p>
      <w:pPr>
        <w:pStyle w:val="Heading3"/>
      </w:pPr>
      <w:r>
        <w:t>union_measurement_list_fragment — объединённый список замеров</w:t>
      </w:r>
    </w:p>
    <w:p/>
    <w:p>
      <w:r>
        <w:t>Экран со списком замеров, сгруппированных по сооружениям. Позволяет сравнивать замеры одного объекта, выполненные в разные времена.</w:t>
      </w:r>
    </w:p>
    <w:p/>
    <w:p>
      <w:pPr>
        <w:pStyle w:val="Heading3"/>
      </w:pPr>
      <w:r>
        <w:t>web_view_fragment — внутренний браузер</w:t>
      </w:r>
    </w:p>
    <w:p/>
    <w:p>
      <w:r>
        <w:t>Компонент для отображения веб-содержимого (справки, документации, внешних ссылок) внутри приложения.</w:t>
      </w:r>
    </w:p>
    <w:p/>
    <w:p>
      <w:pPr>
        <w:pStyle w:val="Heading3"/>
      </w:pPr>
      <w:r>
        <w:t>which_direction — выбор направления движения</w:t>
      </w:r>
    </w:p>
    <w:p/>
    <w:p>
      <w:r>
        <w:t>Экран для выбора направления (путь 1, путь 2, туда, обратно) при выполнении замера.</w:t>
      </w:r>
    </w:p>
    <w:p/>
    <w:p>
      <w:pPr>
        <w:pStyle w:val="Heading2"/>
      </w:pPr>
      <w:r>
        <w:t>Требования ГОСТ 9238-2022</w:t>
      </w:r>
    </w:p>
    <w:p/>
    <w:p>
      <w:r>
        <w:t>Приложение МИГ соответствует методике измерений, описанной в **ГОСТ 9238-2022 «Подвижной состав железных дорог. Методика контроля параметров приближения строений»**.</w:t>
      </w:r>
    </w:p>
    <w:p/>
    <w:p>
      <w:r>
        <w:t>Все замеры, выполненные в приложении, используют формулы и допуски из этого стандарта.</w:t>
      </w:r>
    </w:p>
    <w:p/>
    <w:p>
      <w:r>
        <w:t>Скачайте полный текст ГОСТ 9238-2022 на сайте Федерального агентства по техническому регулированию и метрологии.</w:t>
      </w:r>
    </w:p>
    <w:p/>
    <w:p>
      <w:pPr>
        <w:pStyle w:val="Heading2"/>
      </w:pPr>
      <w:r>
        <w:t>Контакты поддержки</w:t>
      </w:r>
    </w:p>
    <w:p/>
    <w:p>
      <w:r>
        <w:t>**Техническая поддержка:**</w:t>
      </w:r>
    </w:p>
    <w:p>
      <w:pPr>
        <w:pStyle w:val="ListBullet"/>
      </w:pPr>
      <w:r>
        <w:t>Email: support@alfagroup.su</w:t>
      </w:r>
    </w:p>
    <w:p>
      <w:pPr>
        <w:pStyle w:val="ListBullet"/>
      </w:pPr>
      <w:r>
        <w:t>Телефон: +7-XXX-XXX-XXXX (внутренний номер)</w:t>
      </w:r>
    </w:p>
    <w:p/>
    <w:p>
      <w:r>
        <w:t>**Администратор системы:**</w:t>
      </w:r>
    </w:p>
    <w:p>
      <w:pPr>
        <w:pStyle w:val="ListBullet"/>
      </w:pPr>
      <w:r>
        <w:t>Email: admin@alfagroup.su</w:t>
      </w:r>
    </w:p>
    <w:p/>
    <w:p>
      <w:r>
        <w:t>**Сообщить об ошибке в приложении:**</w:t>
      </w:r>
    </w:p>
    <w:p>
      <w:pPr>
        <w:pStyle w:val="ListBullet"/>
      </w:pPr>
      <w:r>
        <w:t>Используйте функцию **«Отправить отчёт»** в приложении</w:t>
      </w:r>
    </w:p>
    <w:p/>
    <w:p>
      <w:r>
        <w:t>---</w:t>
      </w:r>
    </w:p>
    <w:p/>
    <w:p>
      <w:r>
        <w:t xml:space="preserve">**Автор:** rail-techwriter  </w:t>
      </w:r>
    </w:p>
    <w:p>
      <w:r>
        <w:t xml:space="preserve">**Версия:** 0.1.1  </w:t>
      </w:r>
    </w:p>
    <w:p>
      <w:r>
        <w:t>**Дата:** 2026-09-10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