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МИГ</w:t>
      </w:r>
    </w:p>
    <w:p/>
    <w:p>
      <w:r>
        <w:t xml:space="preserve">**Версия приложения:** 0.0.79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МИГ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`https://mig.mig.orbi.su/`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0.0.79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