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МИГ</w:t>
      </w:r>
    </w:p>
    <w:p/>
    <w:p>
      <w:r>
        <w:t xml:space="preserve">**Версия приложения:** 0.0.70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МИГ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МИГ версии 0.0.70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`mig.mig.orbi.su`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DOMAIN=mig.mig.orbi.su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