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0.0.68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**МИГ-0.0.68.apk**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МИГ-0.0.68.apk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лабораторное тестирование</w:t>
      </w:r>
    </w:p>
    <w:p/>
    <w:p>
      <w:r>
        <w:t>Экран для технических тестов и отладки подключения дальномера. Доступен только администраторам.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0.0.68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