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0.0.44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**МИГ-0.0.44.apk**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МИГ-0.0.44.apk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Экран для подключения и управления дальномером по Bluetooth. Показывает список найденных устройств, статус подключения и возможность отправки диагностического отчёта.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лабораторное тестирование</w:t>
      </w:r>
    </w:p>
    <w:p/>
    <w:p>
      <w:r>
        <w:t>Экран для технических тестов и отладки подключения дальномера. Доступен только администраторам.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>Вспомогательный компонент для ввода параметров высоты 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экран измерения платформ</w:t>
      </w:r>
    </w:p>
    <w:p/>
    <w:p>
      <w:r>
        <w:t>Экран для выполнения замеров габаритов платформ. Позволяет выбрать платформу, направление и выполнить измерения высоты и расстояния.</w:t>
      </w:r>
    </w:p>
    <w:p/>
    <w:p>
      <w:pPr>
        <w:pStyle w:val="Heading3"/>
      </w:pPr>
      <w:r>
        <w:t>profile_fragment — профиль пользователя</w:t>
      </w:r>
    </w:p>
    <w:p/>
    <w:p>
      <w:r>
        <w:t>Экран с информацией о пользователе (имя, должность, подразделение), версией приложения и справочника. Предлагает очистить кэш, выход из системы.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>Экран для просмотра данных, полученных непосредственно от дальномера. Показывает значение и статус подключения.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справка и поддержка</w:t>
      </w:r>
    </w:p>
    <w:p/>
    <w:p>
      <w:r>
        <w:t>Экран со встроённой справкой, ответами на часто задаваемые вопросы и функцией отправки диагностического отчёта.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0.0.44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