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0.0.42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**МИГ-0.0.42.apk**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МИГ-0.0.42.apk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>Вспомогательный компонент для ввода параметров высоты 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экран измерения платформ</w:t>
      </w:r>
    </w:p>
    <w:p/>
    <w:p>
      <w:r>
        <w:t>Экран для выполнения замеров габаритов платформ. Позволяет выбрать платформу, направление и выполнить измерения высоты и расстояния.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>Экран для просмотра данных, полученных непосредственно от дальномера. Показывает значение и статус подключения.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справка и поддержка</w:t>
      </w:r>
    </w:p>
    <w:p/>
    <w:p>
      <w:r>
        <w:t>Экран со встроённой справкой, ответами на часто задаваемые вопросы и функцией отправки диагностического отчёта.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0.0.42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