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0.7.3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**Превышение высоты смежных путей.** Формула для ДРП не выведена, замер недоступен: «Расчёт превышения смежных путей для ДРП не включён — замер недоступен». Экран «Параметры высоты смежных путей» при открытии сообщает то же.</w:t>
      </w:r>
    </w:p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