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0.7.0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**Превышение высоты смежных путей.** Формула для ДРП не выведена, замер недоступен: «Расчёт превышения смежных путей для ДРП не включён — замер недоступен». Экран «Параметры высоты смежных путей» при открытии сообщает то же.</w:t>
      </w:r>
    </w:p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Эталоны стенда заданы от оси пути и головки рельса, а дальномер ДРП отсчитывает от своего шарнира, который стоит на 63,1 мм ближе к опорному рельсу и на 79,6 мм выше головки. Поэтому в ДРП показание перед сверкой переводится в систему оси пути (в разборе расчёта это отдельная строка «поправка конструктива ДРП»); в МИГ показание сверяется как есть. Калибровка по щупу тоже считается по постоянным конструкции ДРП — `docs/DRP-GEOMETRY.md`. Калибровка ДРП проверяется: колея по щупу должна быть 1505–1560 мм, наклон пути не больше 6,05° — иначе приложение называет причину («щуп не на рельсе или луч не в мишени», «прибор не сел на головку рельса») и калибровку не принимает; замер без калибровки ДРП не принимает вовсе.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