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ДРП</w:t>
      </w:r>
    </w:p>
    <w:p/>
    <w:p>
      <w:r>
        <w:t xml:space="preserve">**Версия приложения:** 0.4.6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ДРП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ДРП: `https://drp.mig.orbi.su/`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**ДРП-0.4.6.apk**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ДРП-0.4.6.apk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ДРП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ДРП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ДРП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ДРП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0.4.6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