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ДРП</w:t>
      </w:r>
    </w:p>
    <w:p/>
    <w:p>
      <w:r>
        <w:t xml:space="preserve">**Версия приложения:** 0.0.75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ДРП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ДРП: `https://drp.mig.orbi.su/`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**ДРП-0.0.75.apk**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ДРП-0.0.75.apk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ДРП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ДРП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ДРП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Экран для подключения и управления дальномером по Bluetooth. Показывает список найденных устройств, статус подключения и возможность отправки диагностического отчёта.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контроль прибора по эталону</w:t>
      </w:r>
    </w:p>
    <w:p/>
    <w:p>
      <w:r>
        <w:t>Экран отвечает на один вопрос: сходится ли прибор с эталоном.</w:t>
      </w:r>
    </w:p>
    <w:p/>
    <w:p>
      <w:r>
        <w:t>**Тип контроля.** Вверху — список типов; у каждого своё название и свой эталон</w:t>
      </w:r>
    </w:p>
    <w:p>
      <w:r>
        <w:t>(горизонталь и высота в миллиметрах). По умолчанию заведены положения</w:t>
      </w:r>
    </w:p>
    <w:p>
      <w:r>
        <w:t>испытательного стенда ИС02.00.000: нулевое (760 × 0), А (1640 × 200), Б (250 × 1000).</w:t>
      </w:r>
    </w:p>
    <w:p>
      <w:r>
        <w:t>Кнопка «Правка» меняет эталон текущего типа, она же позволяет завести свой —</w:t>
      </w:r>
    </w:p>
    <w:p>
      <w:r>
        <w:t>стенд у бригады может быть другой. Переключение типа переносит сверку на его</w:t>
      </w:r>
    </w:p>
    <w:p>
      <w:r>
        <w:t>эталон: серия у каждого типа своя и не смешивается.</w:t>
      </w:r>
    </w:p>
    <w:p/>
    <w:p>
      <w:r>
        <w:t>**Серия замеров.** Каждый замер сразу сверяется с эталоном и попадает в список:</w:t>
      </w:r>
    </w:p>
    <w:p>
      <w:r>
        <w:t>горизонталь и высота с отклонением. Под списком — сводка: сколько замеров,</w:t>
      </w:r>
    </w:p>
    <w:p>
      <w:r>
        <w:t>среднее отклонение и размах. Среднее говорит о смещении прибора, размах — о</w:t>
      </w:r>
    </w:p>
    <w:p>
      <w:r>
        <w:t>повторяемости; по одному замеру ни того, ни другого не видно. Лишний замер</w:t>
      </w:r>
    </w:p>
    <w:p>
      <w:r>
        <w:t>удаляется из списка, вся серия — кнопкой «Очистить серию».</w:t>
      </w:r>
    </w:p>
    <w:p/>
    <w:p>
      <w:r>
        <w:t>**Итог замера** выводится над серией крупно: замер, эталон, отклонение и вывод —</w:t>
      </w:r>
    </w:p>
    <w:p>
      <w:r>
        <w:t>сошлось или нет и чем вызвано расхождение (углом или наклонной). Зелёный —</w:t>
      </w:r>
    </w:p>
    <w:p>
      <w:r>
        <w:t>в пределах, красный — вышло за них.</w:t>
      </w:r>
    </w:p>
    <w:p/>
    <w:p>
      <w:r>
        <w:t>**Разбор расчёта** под серией, свёрнут: исходные величины прибора с единицами,</w:t>
      </w:r>
    </w:p>
    <w:p>
      <w:r>
        <w:t>калибровка, каждый промежуточный шаг с формулой, сверка прибора с самим собой.</w:t>
      </w:r>
    </w:p>
    <w:p>
      <w:r>
        <w:t>Разворачивается нажатием на заголовок.</w:t>
      </w:r>
    </w:p>
    <w:p/>
    <w:p>
      <w:r>
        <w:t>**Отчёт** собирается по серии текущего типа: таблица замеров с отклонениями и</w:t>
      </w:r>
    </w:p>
    <w:p>
      <w:r>
        <w:t>сводка, файлом в PDF. Если замеров нет, приложение прямо говорит, по какому типу</w:t>
      </w:r>
    </w:p>
    <w:p>
      <w:r>
        <w:t>их нет и что сделать.</w:t>
      </w:r>
    </w:p>
    <w:p/>
    <w:p>
      <w:r>
        <w:t>**Журнал расчётов** уходит на сервер вместе со всей серией: там его пересчитывают</w:t>
      </w:r>
    </w:p>
    <w:p>
      <w:r>
        <w:t>независимо и отвечают, сошёлся ли расчёт приложения с исходными числами прибора.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профиль пользователя</w:t>
      </w:r>
    </w:p>
    <w:p/>
    <w:p>
      <w:r>
        <w:t>Экран с информацией о пользователе (имя, должность, подразделение), версией приложения и справочника. Предлагает очистить кэш, выход из системы.</w:t>
      </w:r>
    </w:p>
    <w:p/>
    <w:p>
      <w:pPr>
        <w:pStyle w:val="Heading3"/>
      </w:pPr>
      <w:r>
        <w:t>quick_measure_fragment — быстрый замер</w:t>
      </w:r>
    </w:p>
    <w:p/>
    <w:p>
      <w:r>
        <w:t>Пробный замер без привязки к объекту. Открывается из профиля кнопкой</w:t>
      </w:r>
    </w:p>
    <w:p>
      <w:r>
        <w:t>«Быстрый замер» — ни дорогу, ни участок, ни станцию, ни объект выбирать не нужно.</w:t>
      </w:r>
    </w:p>
    <w:p/>
    <w:p>
      <w:r>
        <w:t>Кнопка «Провести замер» внизу спускает прибор. Над списком показано, что прибор</w:t>
      </w:r>
    </w:p>
    <w:p>
      <w:r>
        <w:t>прислал последним: наклонная, угол, горизонталь и высота. Замер попадает в список</w:t>
      </w:r>
    </w:p>
    <w:p>
      <w:r>
        <w:t>этого сеанса; под списком — сколько замеров и размах по наклонной и по углу.</w:t>
      </w:r>
    </w:p>
    <w:p>
      <w:r>
        <w:t>Размах здесь единственное, что имеет смысл: он показывает повторяемость прибора,</w:t>
      </w:r>
    </w:p>
    <w:p>
      <w:r>
        <w:t>а сверять попадание не с чем — эталона на этом экране нет.</w:t>
      </w:r>
    </w:p>
    <w:p/>
    <w:p>
      <w:r>
        <w:t>**Ничего не сохраняется.** Список живёт, пока открыт экран: на телефоне он не</w:t>
      </w:r>
    </w:p>
    <w:p>
      <w:r>
        <w:t>остаётся, в ведомость не попадает и на сервер не уходит. Отчёта здесь тоже нет —</w:t>
      </w:r>
    </w:p>
    <w:p>
      <w:r>
        <w:t>экран для того, чтобы быстро проверить прибор или прицел, а не для работы.</w:t>
      </w:r>
    </w:p>
    <w:p/>
    <w:p>
      <w:r>
        <w:t>Замер, который прибор не принял, виден строкой «НЕ ПРИНЯТ» с причиной, но в</w:t>
      </w:r>
    </w:p>
    <w:p>
      <w:r>
        <w:t>список не идёт.</w:t>
      </w:r>
    </w:p>
    <w:p/>
    <w:p>
      <w:r>
        <w:t>Если прибор не подключён, об этом сказано вверху экрана; подключается он на</w:t>
      </w:r>
    </w:p>
    <w:p>
      <w:r>
        <w:t>экране Bluetooth.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ДРП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0.0.75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