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0.0.69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**ДРП-0.0.69.apk**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ДРП-0.0.69.apk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0.0.69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