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администратора ДРП</w:t>
      </w:r>
    </w:p>
    <w:p/>
    <w:p>
      <w:r>
        <w:t xml:space="preserve">**Версия приложения:** 0.0.45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Архитектура системы</w:t>
      </w:r>
    </w:p>
    <w:p/>
    <w:p>
      <w:pPr>
        <w:pStyle w:val="Heading3"/>
      </w:pPr>
      <w:r>
        <w:t>Компоненты системы</w:t>
      </w:r>
    </w:p>
    <w:p/>
    <w:p>
      <w:r>
        <w:t>Система ДРП состоит из следующих компонентов:</w:t>
      </w:r>
    </w:p>
    <w:p/>
    <w:p>
      <w:r>
        <w:t>**Мобильное приложение (Android):**</w:t>
      </w:r>
    </w:p>
    <w:p>
      <w:pPr>
        <w:pStyle w:val="ListBullet"/>
      </w:pPr>
      <w:r>
        <w:t>Приложение ДРП версии 0.0.45</w:t>
      </w:r>
    </w:p>
    <w:p>
      <w:pPr>
        <w:pStyle w:val="ListBullet"/>
      </w:pPr>
      <w:r>
        <w:t>Скачивается и устанавливается на мобильные устройства</w:t>
      </w:r>
    </w:p>
    <w:p>
      <w:pPr>
        <w:pStyle w:val="ListBullet"/>
      </w:pPr>
      <w:r>
        <w:t>Выполняет замеры и синхронизирует данные с сервером</w:t>
      </w:r>
    </w:p>
    <w:p/>
    <w:p>
      <w:r>
        <w:t>**Серверная часть (Docker-compose):**</w:t>
      </w:r>
    </w:p>
    <w:p>
      <w:pPr>
        <w:pStyle w:val="ListBullet"/>
      </w:pPr>
      <w:r>
        <w:t>**API сервер** — обработка запросов от приложений</w:t>
      </w:r>
    </w:p>
    <w:p>
      <w:pPr>
        <w:pStyle w:val="ListBullet"/>
      </w:pPr>
      <w:r>
        <w:t>**Веб-кабинет** — интерфейс для управления данными</w:t>
      </w:r>
    </w:p>
    <w:p>
      <w:pPr>
        <w:pStyle w:val="ListBullet"/>
      </w:pPr>
      <w:r>
        <w:t>**База данных** — PostgreSQL для хранения замеров и справочников</w:t>
      </w:r>
    </w:p>
    <w:p>
      <w:pPr>
        <w:pStyle w:val="ListBullet"/>
      </w:pPr>
      <w:r>
        <w:t>**Очереди** — Redis для асинхронных задач</w:t>
      </w:r>
    </w:p>
    <w:p>
      <w:pPr>
        <w:pStyle w:val="ListBullet"/>
      </w:pPr>
      <w:r>
        <w:t>**Веб-сервер** — Nginx для маршрутизации</w:t>
      </w:r>
    </w:p>
    <w:p/>
    <w:p>
      <w:r>
        <w:t>**Инфраструктура:**</w:t>
      </w:r>
    </w:p>
    <w:p>
      <w:pPr>
        <w:pStyle w:val="ListBullet"/>
      </w:pPr>
      <w:r>
        <w:t>Linux сервер с Docker и Docker Compose</w:t>
      </w:r>
    </w:p>
    <w:p>
      <w:pPr>
        <w:pStyle w:val="ListBullet"/>
      </w:pPr>
      <w:r>
        <w:t>Доменное имя: `drp.mig.orbi.su`</w:t>
      </w:r>
    </w:p>
    <w:p>
      <w:pPr>
        <w:pStyle w:val="ListBullet"/>
      </w:pPr>
      <w:r>
        <w:t>SSL/TLS сертификат для HTTPS</w:t>
      </w:r>
    </w:p>
    <w:p>
      <w:pPr>
        <w:pStyle w:val="ListBullet"/>
      </w:pPr>
      <w:r>
        <w:t>Резервная копия системы</w:t>
      </w:r>
    </w:p>
    <w:p/>
    <w:p>
      <w:pPr>
        <w:pStyle w:val="Heading2"/>
      </w:pPr>
      <w:r>
        <w:t>Системные требования</w:t>
      </w:r>
    </w:p>
    <w:p/>
    <w:p>
      <w:pPr>
        <w:pStyle w:val="Heading3"/>
      </w:pPr>
      <w:r>
        <w:t>Аппаратное обеспечение</w:t>
      </w:r>
    </w:p>
    <w:p/>
    <w:p>
      <w:r>
        <w:t>|----------|---------|-------------|</w:t>
      </w:r>
    </w:p>
    <w:p/>
    <w:p>
      <w:r>
        <w:t>**Примечание:** Объём диска зависит от количества замеров. Каждый замер занимает примерно 5 КБ.</w:t>
      </w:r>
    </w:p>
    <w:p/>
    <w:p>
      <w:pPr>
        <w:pStyle w:val="Heading3"/>
      </w:pPr>
      <w:r>
        <w:t>Программное обеспечение</w:t>
      </w:r>
    </w:p>
    <w:p/>
    <w:p>
      <w:r>
        <w:t>**Операционная система:**</w:t>
      </w:r>
    </w:p>
    <w:p>
      <w:pPr>
        <w:pStyle w:val="ListBullet"/>
      </w:pPr>
      <w:r>
        <w:t>Linux (Debian 11+, Ubuntu 20.04+ или аналогичная)</w:t>
      </w:r>
    </w:p>
    <w:p>
      <w:pPr>
        <w:pStyle w:val="ListBullet"/>
      </w:pPr>
      <w:r>
        <w:t>Поддержка systemd</w:t>
      </w:r>
    </w:p>
    <w:p/>
    <w:p>
      <w:r>
        <w:t>**Требуемые пакеты:**</w:t>
      </w:r>
    </w:p>
    <w:p>
      <w:pPr>
        <w:pStyle w:val="ListBullet"/>
      </w:pPr>
      <w:r>
        <w:t>Docker (20.10+)</w:t>
      </w:r>
    </w:p>
    <w:p>
      <w:pPr>
        <w:pStyle w:val="ListBullet"/>
      </w:pPr>
      <w:r>
        <w:t>Docker Compose (1.29+)</w:t>
      </w:r>
    </w:p>
    <w:p>
      <w:pPr>
        <w:pStyle w:val="ListBullet"/>
      </w:pPr>
      <w:r>
        <w:t>Git</w:t>
      </w:r>
    </w:p>
    <w:p>
      <w:pPr>
        <w:pStyle w:val="ListBullet"/>
      </w:pPr>
      <w:r>
        <w:t>OpenSSL (для генерации сертификатов)</w:t>
      </w:r>
    </w:p>
    <w:p/>
    <w:p>
      <w:r>
        <w:t>**Установка на Debian/Ubuntu:**</w:t>
      </w:r>
    </w:p>
    <w:p/>
    <w:p>
      <w:pPr/>
      <w:r>
        <w:rPr>
          <w:rFonts w:ascii="Courier New" w:hAnsi="Courier New"/>
          <w:sz w:val="18"/>
        </w:rPr>
        <w:t># Обновите пакеты</w:t>
        <w:br/>
        <w:t>sudo apt-get update</w:t>
        <w:br/>
        <w:t>sudo apt-get upgrade -y</w:t>
        <w:br/>
        <w:br/>
        <w:t># Установите Docker</w:t>
        <w:br/>
        <w:t>sudo apt-get install -y docker.io docker-compose</w:t>
        <w:br/>
        <w:br/>
        <w:t># Установите Git</w:t>
        <w:br/>
        <w:t>sudo apt-get install -y git</w:t>
        <w:br/>
        <w:br/>
        <w:t># Добавьте пользователя в группу docker</w:t>
        <w:br/>
        <w:t>sudo usermod -aG docker $USER</w:t>
        <w:br/>
        <w:t>newgrp docker</w:t>
      </w:r>
    </w:p>
    <w:p/>
    <w:p>
      <w:pPr>
        <w:pStyle w:val="Heading2"/>
      </w:pPr>
      <w:r>
        <w:t>Развёртывание на новом сервере</w:t>
      </w:r>
    </w:p>
    <w:p/>
    <w:p>
      <w:pPr>
        <w:pStyle w:val="Heading3"/>
      </w:pPr>
      <w:r>
        <w:t>Шаг 1: Подготовка сервера</w:t>
      </w:r>
    </w:p>
    <w:p/>
    <w:p>
      <w:pPr/>
      <w:r>
        <w:rPr>
          <w:rFonts w:ascii="Courier New" w:hAnsi="Courier New"/>
          <w:sz w:val="18"/>
        </w:rPr>
        <w:t># Проверьте, что Docker установлен</w:t>
        <w:br/>
        <w:t>docker --version</w:t>
        <w:br/>
        <w:t>docker-compose --version</w:t>
        <w:br/>
        <w:br/>
        <w:t># Создайте директорию приложения</w:t>
        <w:br/>
        <w:t>sudo mkdir -p /opt/mig-rzd</w:t>
        <w:br/>
        <w:t>cd /opt/mig-rzd</w:t>
      </w:r>
    </w:p>
    <w:p/>
    <w:p>
      <w:pPr>
        <w:pStyle w:val="Heading3"/>
      </w:pPr>
      <w:r>
        <w:t>Шаг 2: Клонирование репозитория</w:t>
      </w:r>
    </w:p>
    <w:p/>
    <w:p>
      <w:pPr/>
      <w:r>
        <w:rPr>
          <w:rFonts w:ascii="Courier New" w:hAnsi="Courier New"/>
          <w:sz w:val="18"/>
        </w:rPr>
        <w:t># Клонируйте репозиторий МИГ</w:t>
        <w:br/>
        <w:t>git clone https://github.com/alfagroup/mig-rzd.git .</w:t>
        <w:br/>
        <w:br/>
        <w:t># Или для ДРП</w:t>
        <w:br/>
        <w:t>git clone https://github.com/alfagroup/drp-rzd.git .</w:t>
        <w:br/>
        <w:br/>
        <w:t># Проверьте, что docker-compose.yml присутствует</w:t>
        <w:br/>
        <w:t>ls -la docker-compose.yml</w:t>
      </w:r>
    </w:p>
    <w:p/>
    <w:p>
      <w:pPr>
        <w:pStyle w:val="Heading3"/>
      </w:pPr>
      <w:r>
        <w:t>Шаг 3: Подготовка переменных окружения</w:t>
      </w:r>
    </w:p>
    <w:p/>
    <w:p>
      <w:r>
        <w:t>Создайте файл `.env` с секретами:</w:t>
      </w:r>
    </w:p>
    <w:p/>
    <w:p>
      <w:pPr/>
      <w:r>
        <w:rPr>
          <w:rFonts w:ascii="Courier New" w:hAnsi="Courier New"/>
          <w:sz w:val="18"/>
        </w:rPr>
        <w:t>cp .env.example .env</w:t>
      </w:r>
    </w:p>
    <w:p/>
    <w:p>
      <w:r>
        <w:t>Отредактируйте `.env` и установите значения:</w:t>
      </w:r>
    </w:p>
    <w:p/>
    <w:p>
      <w:pPr/>
      <w:r>
        <w:rPr>
          <w:rFonts w:ascii="Courier New" w:hAnsi="Courier New"/>
          <w:sz w:val="18"/>
        </w:rPr>
        <w:t># Безопасность</w:t>
        <w:br/>
        <w:t>SECRET_KEY=$(python3 -c 'import secrets; print(secrets.token_urlsafe(50))')</w:t>
        <w:br/>
        <w:t>DEBUG=False</w:t>
        <w:br/>
        <w:t>ALLOWED_HOSTS=mig.orbi.su</w:t>
        <w:br/>
        <w:br/>
        <w:t># База данных</w:t>
        <w:br/>
        <w:t>DATABASE_URL=postgresql://postgres:YOUR_SECURE_PASSWORD@db:5432/mig_rzd</w:t>
        <w:br/>
        <w:br/>
        <w:t># Redis</w:t>
        <w:br/>
        <w:t>REDIS_URL=redis://redis:6379</w:t>
        <w:br/>
        <w:br/>
        <w:t># Email (для уведомлений)</w:t>
        <w:br/>
        <w:t>EMAIL_HOST=smtp.example.com</w:t>
        <w:br/>
        <w:t>EMAIL_PORT=587</w:t>
        <w:br/>
        <w:t>EMAIL_HOST_USER=noreply@example.com</w:t>
        <w:br/>
        <w:t>EMAIL_HOST_PASSWORD=YOUR_EMAIL_PASSWORD</w:t>
        <w:br/>
        <w:br/>
        <w:t># Domain</w:t>
        <w:br/>
        <w:t>DOMAIN=drp.mig.orbi.su</w:t>
      </w:r>
    </w:p>
    <w:p/>
    <w:p>
      <w:r>
        <w:t>**Генерируйте сильный пароль для базы данных:**</w:t>
      </w:r>
    </w:p>
    <w:p/>
    <w:p>
      <w:pPr/>
      <w:r>
        <w:rPr>
          <w:rFonts w:ascii="Courier New" w:hAnsi="Courier New"/>
          <w:sz w:val="18"/>
        </w:rPr>
        <w:t># Замените YOUR_SECURE_PASSWORD на результат</w:t>
        <w:br/>
        <w:t>python3 -c 'import secrets; print(secrets.token_urlsafe(32))'</w:t>
      </w:r>
    </w:p>
    <w:p/>
    <w:p>
      <w:r>
        <w:t>**Сохраните `.env` файл в безопасном месте** (не коммитьте в git!).</w:t>
      </w:r>
    </w:p>
    <w:p/>
    <w:p>
      <w:pPr>
        <w:pStyle w:val="Heading3"/>
      </w:pPr>
      <w:r>
        <w:t>Шаг 4: Сборка Docker-образов</w:t>
      </w:r>
    </w:p>
    <w:p/>
    <w:p>
      <w:pPr/>
      <w:r>
        <w:rPr>
          <w:rFonts w:ascii="Courier New" w:hAnsi="Courier New"/>
          <w:sz w:val="18"/>
        </w:rPr>
        <w:t># Соберите образы</w:t>
        <w:br/>
        <w:t>docker-compose build</w:t>
        <w:br/>
        <w:br/>
        <w:t># Проверьте, что образы собраны</w:t>
        <w:br/>
        <w:t>docker images | grep mig</w:t>
      </w:r>
    </w:p>
    <w:p/>
    <w:p>
      <w:pPr>
        <w:pStyle w:val="Heading3"/>
      </w:pPr>
      <w:r>
        <w:t>Шаг 5: Запуск сервисов</w:t>
      </w:r>
    </w:p>
    <w:p/>
    <w:p>
      <w:pPr/>
      <w:r>
        <w:rPr>
          <w:rFonts w:ascii="Courier New" w:hAnsi="Courier New"/>
          <w:sz w:val="18"/>
        </w:rPr>
        <w:t># Запустите контейнеры в фоне</w:t>
        <w:br/>
        <w:t>docker-compose up -d</w:t>
        <w:br/>
        <w:br/>
        <w:t># Проверьте статус</w:t>
        <w:br/>
        <w:t>docker-compose ps</w:t>
      </w:r>
    </w:p>
    <w:p/>
    <w:p>
      <w:r>
        <w:t>Все контейнеры должны быть в статусе **Up**.</w:t>
      </w:r>
    </w:p>
    <w:p/>
    <w:p>
      <w:pPr>
        <w:pStyle w:val="Heading3"/>
      </w:pPr>
      <w:r>
        <w:t>Шаг 6: Инициализация базы данных</w:t>
      </w:r>
    </w:p>
    <w:p/>
    <w:p>
      <w:pPr/>
      <w:r>
        <w:rPr>
          <w:rFonts w:ascii="Courier New" w:hAnsi="Courier New"/>
          <w:sz w:val="18"/>
        </w:rPr>
        <w:t># Выполните миграции</w:t>
        <w:br/>
        <w:t>docker-compose exec app python manage.py migrate</w:t>
        <w:br/>
        <w:br/>
        <w:t># Создайте первого администратора</w:t>
        <w:br/>
        <w:t>docker-compose exec app python manage.py createsuperuser</w:t>
        <w:br/>
        <w:t># Введите email, пароль (дважды)</w:t>
        <w:br/>
        <w:br/>
        <w:t># Загрузите справочник дорог и станций</w:t>
        <w:br/>
        <w:t>docker-compose exec app python manage.py import_rzd_stations</w:t>
      </w:r>
    </w:p>
    <w:p/>
    <w:p>
      <w:pPr>
        <w:pStyle w:val="Heading3"/>
      </w:pPr>
      <w:r>
        <w:t>Шаг 7: Проверка здоровья сервиса</w:t>
      </w:r>
    </w:p>
    <w:p/>
    <w:p>
      <w:pPr/>
      <w:r>
        <w:rPr>
          <w:rFonts w:ascii="Courier New" w:hAnsi="Courier New"/>
          <w:sz w:val="18"/>
        </w:rPr>
        <w:t># Проверьте API</w:t>
        <w:br/>
        <w:t>curl -s https://mig.orbi.su/api/v1/health/</w:t>
        <w:br/>
        <w:br/>
        <w:t># Проверьте веб-кабинет в браузере</w:t>
        <w:br/>
        <w:t># Откройте https://mig.orbi.su/</w:t>
        <w:br/>
        <w:br/>
        <w:t># Войдите с учётными данными администратора</w:t>
        <w:br/>
        <w:t># Email: введённый выше</w:t>
        <w:br/>
        <w:t># Пароль: введённый выше</w:t>
      </w:r>
    </w:p>
    <w:p/>
    <w:p>
      <w:pPr>
        <w:pStyle w:val="Heading2"/>
      </w:pPr>
      <w:r>
        <w:t>Конфигурация доменов и SSL</w:t>
      </w:r>
    </w:p>
    <w:p/>
    <w:p>
      <w:pPr>
        <w:pStyle w:val="Heading3"/>
      </w:pPr>
      <w:r>
        <w:t>Регистрация домена</w:t>
      </w:r>
    </w:p>
    <w:p/>
    <w:p>
      <w:r>
        <w:t>1. Зарегистрируйте доменное имя (например, `mig.orbi.su`)</w:t>
      </w:r>
    </w:p>
    <w:p>
      <w:r>
        <w:t>2. Добавьте A-запись, указывающую на IP сервера</w:t>
      </w:r>
    </w:p>
    <w:p>
      <w:r>
        <w:t>3. Дождитесь распространения DNS (обычно 24 часа)</w:t>
      </w:r>
    </w:p>
    <w:p/>
    <w:p>
      <w:pPr>
        <w:pStyle w:val="Heading3"/>
      </w:pPr>
      <w:r>
        <w:t>Генерация SSL-сертификата</w:t>
      </w:r>
    </w:p>
    <w:p/>
    <w:p>
      <w:r>
        <w:t>**С помощью Let's Encrypt (рекомендуется):**</w:t>
      </w:r>
    </w:p>
    <w:p/>
    <w:p>
      <w:pPr/>
      <w:r>
        <w:rPr>
          <w:rFonts w:ascii="Courier New" w:hAnsi="Courier New"/>
          <w:sz w:val="18"/>
        </w:rPr>
        <w:t># Установите certbot</w:t>
        <w:br/>
        <w:t>sudo apt-get install -y certbot</w:t>
        <w:br/>
        <w:br/>
        <w:t># Получите сертификат</w:t>
        <w:br/>
        <w:t>sudo certbot certonly --standalone -d mig.orbi.su</w:t>
        <w:br/>
        <w:br/>
        <w:t># Сертификат будет сохранён в /etc/letsencrypt/live/mig.orbi.su/</w:t>
      </w:r>
    </w:p>
    <w:p/>
    <w:p>
      <w:r>
        <w:t>**Конфигурация Nginx:**</w:t>
      </w:r>
    </w:p>
    <w:p/>
    <w:p>
      <w:r>
        <w:t>Обновите `nginx/conf.d/mig-rzd.conf`:</w:t>
      </w:r>
    </w:p>
    <w:p/>
    <w:p>
      <w:pPr/>
      <w:r>
        <w:rPr>
          <w:rFonts w:ascii="Courier New" w:hAnsi="Courier New"/>
          <w:sz w:val="18"/>
        </w:rPr>
        <w:t>server {</w:t>
        <w:br/>
        <w:t xml:space="preserve">    listen 443 ssl http2;</w:t>
        <w:br/>
        <w:t xml:space="preserve">    server_name mig.orbi.su;</w:t>
        <w:br/>
        <w:br/>
        <w:t xml:space="preserve">    ssl_certificate /etc/letsencrypt/live/mig.orbi.su/fullchain.pem;</w:t>
        <w:br/>
        <w:t xml:space="preserve">    ssl_certificate_key /etc/letsencrypt/live/mig.orbi.su/privkey.pem;</w:t>
        <w:br/>
        <w:t xml:space="preserve">    </w:t>
        <w:br/>
        <w:t xml:space="preserve">    # ... остальная конфигурация</w:t>
        <w:br/>
        <w:t>}</w:t>
      </w:r>
    </w:p>
    <w:p/>
    <w:p>
      <w:pPr>
        <w:pStyle w:val="Heading3"/>
      </w:pPr>
      <w:r>
        <w:t>Автоматическое обновление сертификата</w:t>
      </w:r>
    </w:p>
    <w:p/>
    <w:p>
      <w:pPr/>
      <w:r>
        <w:rPr>
          <w:rFonts w:ascii="Courier New" w:hAnsi="Courier New"/>
          <w:sz w:val="18"/>
        </w:rPr>
        <w:t># Настройте cron для автоматического обновления</w:t>
        <w:br/>
        <w:t>sudo crontab -e</w:t>
        <w:br/>
        <w:br/>
        <w:t># Добавьте строку:</w:t>
        <w:br/>
        <w:t>0 0 * * 0 certbot renew --quiet --deploy-hook "docker-compose -f /opt/mig-rzd/docker-compose.yml exec -T nginx nginx -s reload"</w:t>
      </w:r>
    </w:p>
    <w:p/>
    <w:p>
      <w:pPr>
        <w:pStyle w:val="Heading2"/>
      </w:pPr>
      <w:r>
        <w:t>Управление пользователями</w:t>
      </w:r>
    </w:p>
    <w:p/>
    <w:p>
      <w:pPr>
        <w:pStyle w:val="Heading3"/>
      </w:pPr>
      <w:r>
        <w:t>Добавление администратора через консоль</w:t>
      </w:r>
    </w:p>
    <w:p/>
    <w:p>
      <w:pPr/>
      <w:r>
        <w:rPr>
          <w:rFonts w:ascii="Courier New" w:hAnsi="Courier New"/>
          <w:sz w:val="18"/>
        </w:rPr>
        <w:t>docker-compose exec app python manage.py createsuperuser</w:t>
      </w:r>
    </w:p>
    <w:p/>
    <w:p>
      <w:pPr>
        <w:pStyle w:val="Heading3"/>
      </w:pPr>
      <w:r>
        <w:t>Добавление обычного пользователя</w:t>
      </w:r>
    </w:p>
    <w:p/>
    <w:p>
      <w:r>
        <w:t>**Через кабинет (рекомендуется):**</w:t>
      </w:r>
    </w:p>
    <w:p>
      <w:r>
        <w:t>1. Откройте веб-кабинет</w:t>
      </w:r>
    </w:p>
    <w:p>
      <w:r>
        <w:t>2. Перейдите в **Управление → Пользователи**</w:t>
      </w:r>
    </w:p>
    <w:p>
      <w:r>
        <w:t>3. Нажмите **«Добавить пользователя»**</w:t>
      </w:r>
    </w:p>
    <w:p>
      <w:r>
        <w:t>4. Заполните форму</w:t>
      </w:r>
    </w:p>
    <w:p>
      <w:r>
        <w:t>5. Нажмите **«Создать»**</w:t>
      </w:r>
    </w:p>
    <w:p/>
    <w:p>
      <w:r>
        <w:t>**Через консоль:**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# В Python интерпретаторе:</w:t>
        <w:br/>
        <w:t>from django.contrib.auth.models import User</w:t>
        <w:br/>
        <w:t>user = User.objects.create_user(</w:t>
        <w:br/>
        <w:t xml:space="preserve">    username='user@example.com',</w:t>
        <w:br/>
        <w:t xml:space="preserve">    email='user@example.com',</w:t>
        <w:br/>
        <w:t xml:space="preserve">    password='temporary_password'</w:t>
        <w:br/>
        <w:t>)</w:t>
        <w:br/>
        <w:t>print(f"Пользователь создан: {user.username}")</w:t>
      </w:r>
    </w:p>
    <w:p/>
    <w:p>
      <w:pPr>
        <w:pStyle w:val="Heading2"/>
      </w:pPr>
      <w:r>
        <w:t>Резервное копирование</w:t>
      </w:r>
    </w:p>
    <w:p/>
    <w:p>
      <w:pPr>
        <w:pStyle w:val="Heading3"/>
      </w:pPr>
      <w:r>
        <w:t>Ежедневный бэкап базы данных</w:t>
      </w:r>
    </w:p>
    <w:p/>
    <w:p>
      <w:r>
        <w:t>**Скрипт для автоматизации:**</w:t>
      </w:r>
    </w:p>
    <w:p/>
    <w:p>
      <w:r>
        <w:t>Создайте файл `scripts/backup.sh`:</w:t>
      </w:r>
    </w:p>
    <w:p/>
    <w:p>
      <w:pPr/>
      <w:r>
        <w:rPr>
          <w:rFonts w:ascii="Courier New" w:hAnsi="Courier New"/>
          <w:sz w:val="18"/>
        </w:rPr>
        <w:t>#!/bin/bash</w:t>
        <w:br/>
        <w:t>BACKUP_DIR="/backups/mig-rzd"</w:t>
        <w:br/>
        <w:t>DATE=$(date +%Y%m%d_%H%M%S)</w:t>
        <w:br/>
        <w:br/>
        <w:t>mkdir -p $BACKUP_DIR</w:t>
        <w:br/>
        <w:br/>
        <w:t># Бэкап PostgreSQL</w:t>
        <w:br/>
        <w:t>docker-compose exec -T db pg_dump -U postgres mig_rzd | \</w:t>
        <w:br/>
        <w:t xml:space="preserve">    gzip &gt; $BACKUP_DIR/db_${DATE}.sql.gz</w:t>
        <w:br/>
        <w:br/>
        <w:t># Бэкап медиафайлов (замеры, отчёты)</w:t>
        <w:br/>
        <w:t>tar -czf $BACKUP_DIR/media_${DATE}.tar.gz app/media/</w:t>
        <w:br/>
        <w:br/>
        <w:t># Удалите старые бэкапы (старше 30 дней)</w:t>
        <w:br/>
        <w:t>find $BACKUP_DIR -name "*.gz" -mtime +30 -delete</w:t>
        <w:br/>
        <w:br/>
        <w:t>echo "Бэкап завершён: $BACKUP_DIR/db_${DATE}.sql.gz"</w:t>
      </w:r>
    </w:p>
    <w:p/>
    <w:p>
      <w:r>
        <w:t>**Добавьте в crontab:**</w:t>
      </w:r>
    </w:p>
    <w:p/>
    <w:p>
      <w:pPr/>
      <w:r>
        <w:rPr>
          <w:rFonts w:ascii="Courier New" w:hAnsi="Courier New"/>
          <w:sz w:val="18"/>
        </w:rPr>
        <w:t>sudo crontab -e</w:t>
        <w:br/>
        <w:br/>
        <w:t># Добавьте:</w:t>
        <w:br/>
        <w:t>0 2 * * * /opt/mig-rzd/scripts/backup.sh</w:t>
      </w:r>
    </w:p>
    <w:p/>
    <w:p>
      <w:r>
        <w:t>Бэкап будет выполняться ежедневно в 2:00 ночи.</w:t>
      </w:r>
    </w:p>
    <w:p/>
    <w:p>
      <w:pPr>
        <w:pStyle w:val="Heading3"/>
      </w:pPr>
      <w:r>
        <w:t>Восстановление из резервной копии</w:t>
      </w:r>
    </w:p>
    <w:p/>
    <w:p>
      <w:pPr/>
      <w:r>
        <w:rPr>
          <w:rFonts w:ascii="Courier New" w:hAnsi="Courier New"/>
          <w:sz w:val="18"/>
        </w:rPr>
        <w:t># Остановите приложение</w:t>
        <w:br/>
        <w:t>docker-compose down</w:t>
        <w:br/>
        <w:br/>
        <w:t># Восстановите базу данных</w:t>
        <w:br/>
        <w:t>gunzip -c backups/db_20260910_020000.sql.gz | \</w:t>
        <w:br/>
        <w:t xml:space="preserve">    docker-compose exec -T db psql -U postgres</w:t>
        <w:br/>
        <w:br/>
        <w:t># Восстановите медиафайлы</w:t>
        <w:br/>
        <w:t>tar -xzf backups/media_20260910_020000.tar.gz -C app/</w:t>
        <w:br/>
        <w:br/>
        <w:t># Запустите приложение</w:t>
        <w:br/>
        <w:t>docker-compose up -d</w:t>
      </w:r>
    </w:p>
    <w:p/>
    <w:p>
      <w:pPr>
        <w:pStyle w:val="Heading2"/>
      </w:pPr>
      <w:r>
        <w:t>Обновление приложения</w:t>
      </w:r>
    </w:p>
    <w:p/>
    <w:p>
      <w:pPr>
        <w:pStyle w:val="Heading3"/>
      </w:pPr>
      <w:r>
        <w:t>Обновление версии на сервере</w:t>
      </w:r>
    </w:p>
    <w:p/>
    <w:p>
      <w:pPr/>
      <w:r>
        <w:rPr>
          <w:rFonts w:ascii="Courier New" w:hAnsi="Courier New"/>
          <w:sz w:val="18"/>
        </w:rPr>
        <w:t># Перейдите в директорию приложения</w:t>
        <w:br/>
        <w:t>cd /opt/mig-rzd</w:t>
        <w:br/>
        <w:br/>
        <w:t># Получите последние изменения из репозитория</w:t>
        <w:br/>
        <w:t>git pull origin main</w:t>
        <w:br/>
        <w:br/>
        <w:t># Выполните миграции (если они есть)</w:t>
        <w:br/>
        <w:t>docker-compose exec app python manage.py migrate</w:t>
        <w:br/>
        <w:br/>
        <w:t># Пересоберите образы (если изменился код)</w:t>
        <w:br/>
        <w:t>docker-compose build</w:t>
        <w:br/>
        <w:br/>
        <w:t># Перезапустите контейнеры</w:t>
        <w:br/>
        <w:t>docker-compose restart</w:t>
      </w:r>
    </w:p>
    <w:p/>
    <w:p>
      <w:pPr>
        <w:pStyle w:val="Heading3"/>
      </w:pPr>
      <w:r>
        <w:t>Обновление мобильного приложения</w:t>
      </w:r>
    </w:p>
    <w:p/>
    <w:p>
      <w:r>
        <w:t>**Выпуск новой версии APK:**</w:t>
      </w:r>
    </w:p>
    <w:p/>
    <w:p>
      <w:r>
        <w:t>1. Обновите `versionCode` и `versionName` в `app/build.gradle`</w:t>
      </w:r>
    </w:p>
    <w:p>
      <w:r>
        <w:t>2. Соберите APK: `./gradlew build`</w:t>
      </w:r>
    </w:p>
    <w:p>
      <w:r>
        <w:t>3. Загрузите файл на сервер в каталог `/opt/mig-rzd/apk/`</w:t>
      </w:r>
    </w:p>
    <w:p>
      <w:r>
        <w:t>4. В кабинете появится уведомление о новой версии</w:t>
      </w:r>
    </w:p>
    <w:p/>
    <w:p>
      <w:r>
        <w:t>**Автоматизация скачивания:**</w:t>
      </w:r>
    </w:p>
    <w:p/>
    <w:p>
      <w:r>
        <w:t>Пользователи смогут скачать новую версию через кабинет в разделе **«Загрузки»**.</w:t>
      </w:r>
    </w:p>
    <w:p/>
    <w:p>
      <w:pPr>
        <w:pStyle w:val="Heading2"/>
      </w:pPr>
      <w:r>
        <w:t>Мониторинг и диагностика</w:t>
      </w:r>
    </w:p>
    <w:p/>
    <w:p>
      <w:pPr>
        <w:pStyle w:val="Heading3"/>
      </w:pPr>
      <w:r>
        <w:t>Проверка статуса контейнеров</w:t>
      </w:r>
    </w:p>
    <w:p/>
    <w:p>
      <w:pPr/>
      <w:r>
        <w:rPr>
          <w:rFonts w:ascii="Courier New" w:hAnsi="Courier New"/>
          <w:sz w:val="18"/>
        </w:rPr>
        <w:t># Посмотрите статус всех контейнеров</w:t>
        <w:br/>
        <w:t>docker-compose ps</w:t>
        <w:br/>
        <w:br/>
        <w:t># Посмотрите логи приложения</w:t>
        <w:br/>
        <w:t>docker-compose logs app</w:t>
        <w:br/>
        <w:br/>
        <w:t># Логи последние 100 строк</w:t>
        <w:br/>
        <w:t>docker-compose logs --tail 100 app</w:t>
        <w:br/>
        <w:br/>
        <w:t># Логи в реальном времени</w:t>
        <w:br/>
        <w:t>docker-compose logs -f app</w:t>
      </w:r>
    </w:p>
    <w:p/>
    <w:p>
      <w:pPr>
        <w:pStyle w:val="Heading3"/>
      </w:pPr>
      <w:r>
        <w:t>Проверка размера БД</w:t>
      </w:r>
    </w:p>
    <w:p/>
    <w:p>
      <w:pPr/>
      <w:r>
        <w:rPr>
          <w:rFonts w:ascii="Courier New" w:hAnsi="Courier New"/>
          <w:sz w:val="18"/>
        </w:rPr>
        <w:t># Подключитесь к БД</w:t>
        <w:br/>
        <w:t>docker-compose exec db psql -U postgres -d mig_rzd</w:t>
        <w:br/>
        <w:br/>
        <w:t># В SQL интерпретаторе:</w:t>
        <w:br/>
        <w:t>SELECT pg_size_pretty(pg_database_size('mig_rzd'));</w:t>
        <w:br/>
        <w:t>\q</w:t>
      </w:r>
    </w:p>
    <w:p/>
    <w:p>
      <w:pPr>
        <w:pStyle w:val="Heading3"/>
      </w:pPr>
      <w:r>
        <w:t>Проверка дискового пространства</w:t>
      </w:r>
    </w:p>
    <w:p/>
    <w:p>
      <w:pPr/>
      <w:r>
        <w:rPr>
          <w:rFonts w:ascii="Courier New" w:hAnsi="Courier New"/>
          <w:sz w:val="18"/>
        </w:rPr>
        <w:t># Общий размер диска</w:t>
        <w:br/>
        <w:t>df -h</w:t>
        <w:br/>
        <w:br/>
        <w:t># Размер каталога приложения</w:t>
        <w:br/>
        <w:t>du -sh /opt/mig-rzd</w:t>
        <w:br/>
        <w:br/>
        <w:t># Размер медиафайлов</w:t>
        <w:br/>
        <w:t>du -sh /opt/mig-rzd/app/media</w:t>
      </w:r>
    </w:p>
    <w:p/>
    <w:p>
      <w:pPr>
        <w:pStyle w:val="Heading3"/>
      </w:pPr>
      <w:r>
        <w:t>Сбор диагностики</w:t>
      </w:r>
    </w:p>
    <w:p/>
    <w:p>
      <w:r>
        <w:t>Приложение может отправлять диагностические отчёты при ошибках. Разберите их:</w:t>
      </w:r>
    </w:p>
    <w:p/>
    <w:p>
      <w:pPr/>
      <w:r>
        <w:rPr>
          <w:rFonts w:ascii="Courier New" w:hAnsi="Courier New"/>
          <w:sz w:val="18"/>
        </w:rPr>
        <w:t># Посмотрите отчёты в файловой системе</w:t>
        <w:br/>
        <w:t>ls -la app/media/device-reports/</w:t>
        <w:br/>
        <w:br/>
        <w:t># Или через БД</w:t>
        <w:br/>
        <w:t>docker-compose exec db psql -U postgres -d mig_rzd</w:t>
        <w:br/>
        <w:t>SELECT * FROM reports_devicereport ORDER BY created_at DESC LIMIT 10;</w:t>
      </w:r>
    </w:p>
    <w:p/>
    <w:p>
      <w:pPr>
        <w:pStyle w:val="Heading2"/>
      </w:pPr>
      <w:r>
        <w:t>Обслуживание и проверки</w:t>
      </w:r>
    </w:p>
    <w:p/>
    <w:p>
      <w:pPr>
        <w:pStyle w:val="Heading3"/>
      </w:pPr>
      <w:r>
        <w:t>Еженедельные проверки</w:t>
      </w:r>
    </w:p>
    <w:p/>
    <w:p>
      <w:r>
        <w:t>**Понедельник:**</w:t>
      </w:r>
    </w:p>
    <w:p>
      <w:pPr>
        <w:pStyle w:val="ListBullet"/>
      </w:pPr>
      <w:r>
        <w:t>Проверьте размер БД</w:t>
      </w:r>
    </w:p>
    <w:p>
      <w:pPr>
        <w:pStyle w:val="ListBullet"/>
      </w:pPr>
      <w:r>
        <w:t>Проверьте логи на ошибки</w:t>
      </w:r>
    </w:p>
    <w:p>
      <w:pPr>
        <w:pStyle w:val="ListBullet"/>
      </w:pPr>
      <w:r>
        <w:t>Убедитесь, что все контейнеры запущены</w:t>
      </w:r>
    </w:p>
    <w:p/>
    <w:p>
      <w:r>
        <w:t>**Ежедневно:**</w:t>
      </w:r>
    </w:p>
    <w:p>
      <w:pPr>
        <w:pStyle w:val="ListBullet"/>
      </w:pPr>
      <w:r>
        <w:t>Убедитесь, что бэкап выполнен</w:t>
      </w:r>
    </w:p>
    <w:p>
      <w:pPr>
        <w:pStyle w:val="ListBullet"/>
      </w:pPr>
      <w:r>
        <w:t>Проверьте дисковое пространство</w:t>
      </w:r>
    </w:p>
    <w:p>
      <w:pPr>
        <w:pStyle w:val="ListBullet"/>
      </w:pPr>
      <w:r>
        <w:t>Посмотрите на сбои в логах</w:t>
      </w:r>
    </w:p>
    <w:p/>
    <w:p>
      <w:pPr>
        <w:pStyle w:val="Heading3"/>
      </w:pPr>
      <w:r>
        <w:t>Ротация логов</w:t>
      </w:r>
    </w:p>
    <w:p/>
    <w:p>
      <w:r>
        <w:t>Docker автоматически ротирует логи, но можно установить лимит:</w:t>
      </w:r>
    </w:p>
    <w:p/>
    <w:p>
      <w:r>
        <w:t>В `docker-compose.yml`:</w:t>
      </w:r>
    </w:p>
    <w:p/>
    <w:p>
      <w:pPr/>
      <w:r>
        <w:rPr>
          <w:rFonts w:ascii="Courier New" w:hAnsi="Courier New"/>
          <w:sz w:val="18"/>
        </w:rPr>
        <w:t>services:</w:t>
        <w:br/>
        <w:t xml:space="preserve">  app:</w:t>
        <w:br/>
        <w:t xml:space="preserve">    logging:</w:t>
        <w:br/>
        <w:t xml:space="preserve">      driver: "json-file"</w:t>
        <w:br/>
        <w:t xml:space="preserve">      options:</w:t>
        <w:br/>
        <w:t xml:space="preserve">        max-size: "100m"</w:t>
        <w:br/>
        <w:t xml:space="preserve">        max-file: "10"</w:t>
      </w:r>
    </w:p>
    <w:p/>
    <w:p>
      <w:pPr>
        <w:pStyle w:val="Heading3"/>
      </w:pPr>
      <w:r>
        <w:t>Очистка старых данных</w:t>
      </w:r>
    </w:p>
    <w:p/>
    <w:p>
      <w:r>
        <w:t>**Удалите замеры старше 1 года:**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from django.utils import timezone</w:t>
        <w:br/>
        <w:t>from datetime import timedelta</w:t>
        <w:br/>
        <w:t>from measurements.models import Measurement</w:t>
        <w:br/>
        <w:br/>
        <w:t>cutoff_date = timezone.now() - timedelta(days=365)</w:t>
        <w:br/>
        <w:t>old_measurements = Measurement.objects.filter(created_at__lt=cutoff_date)</w:t>
        <w:br/>
        <w:t>print(f"Удаляю {old_measurements.count()} замеров")</w:t>
        <w:br/>
        <w:t>old_measurements.delete()</w:t>
      </w:r>
    </w:p>
    <w:p/>
    <w:p>
      <w:pPr>
        <w:pStyle w:val="Heading2"/>
      </w:pPr>
      <w:r>
        <w:t>Поиск и исправление неисправностей</w:t>
      </w:r>
    </w:p>
    <w:p/>
    <w:p>
      <w:pPr>
        <w:pStyle w:val="Heading3"/>
      </w:pPr>
      <w:r>
        <w:t>Приложение не может подключиться к серверу</w:t>
      </w:r>
    </w:p>
    <w:p/>
    <w:p>
      <w:r>
        <w:t>**Признак:** На мобильном устройстве ошибка «Не удалось подключиться к серверу»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что сервис работает</w:t>
        <w:br/>
        <w:t>curl -s https://mig.orbi.su/api/v1/health/</w:t>
        <w:br/>
        <w:br/>
        <w:t># Проверьте логи приложения</w:t>
        <w:br/>
        <w:t>docker-compose logs app | grep -i error</w:t>
        <w:br/>
        <w:br/>
        <w:t># Проверьте сеть</w:t>
        <w:br/>
        <w:t>ping mig.orbi.su</w:t>
      </w:r>
    </w:p>
    <w:p/>
    <w:p>
      <w:r>
        <w:t>**Решение:**</w:t>
      </w:r>
    </w:p>
    <w:p>
      <w:r>
        <w:t>1. Убедитесь, что доменное имя разрешается: `nslookup mig.orbi.su`</w:t>
      </w:r>
    </w:p>
    <w:p>
      <w:r>
        <w:t>2. Проверьте, что веб-сервер работает: `docker-compose restart nginx`</w:t>
      </w:r>
    </w:p>
    <w:p>
      <w:r>
        <w:t>3. Перезагрузите приложение на мобильном устройстве</w:t>
      </w:r>
    </w:p>
    <w:p/>
    <w:p>
      <w:pPr>
        <w:pStyle w:val="Heading3"/>
      </w:pPr>
      <w:r>
        <w:t>БД повреждена или разрастается</w:t>
      </w:r>
    </w:p>
    <w:p/>
    <w:p>
      <w:r>
        <w:t>**Признак:** Запросы становятся очень медленными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 размер БД</w:t>
        <w:br/>
        <w:t>docker-compose exec db psql -U postgres -d mig_rzd</w:t>
        <w:br/>
        <w:t>SELECT * FROM pg_stat_user_tables ORDER BY n_tup_ins+n_tup_upd+n_tup_del DESC;</w:t>
        <w:br/>
        <w:br/>
        <w:t># Проверьте индексы</w:t>
        <w:br/>
        <w:t>SELECT * FROM pg_stat_user_indexes;</w:t>
      </w:r>
    </w:p>
    <w:p/>
    <w:p>
      <w:r>
        <w:t>**Решение:**</w:t>
      </w:r>
    </w:p>
    <w:p/>
    <w:p>
      <w:r>
        <w:t>Выполните VACUUM и ANALYZE:</w:t>
      </w:r>
    </w:p>
    <w:p/>
    <w:p>
      <w:pPr/>
      <w:r>
        <w:rPr>
          <w:rFonts w:ascii="Courier New" w:hAnsi="Courier New"/>
          <w:sz w:val="18"/>
        </w:rPr>
        <w:t>docker-compose exec db vacuumdb -U postgres -d mig_rzd -v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Замеры накапливаются и не отправляются на сервер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Посмотрите очередь</w:t>
        <w:br/>
        <w:t>docker-compose exec app python manage.py inspect_queue</w:t>
        <w:br/>
        <w:br/>
        <w:t># Посмотрите логи Redis</w:t>
        <w:br/>
        <w:t>docker-compose logs redis</w:t>
      </w:r>
    </w:p>
    <w:p/>
    <w:p>
      <w:r>
        <w:t>**Решение:**</w:t>
      </w:r>
    </w:p>
    <w:p>
      <w:r>
        <w:t>1. Перезагрузите очередь: `docker-compose restart celery`</w:t>
      </w:r>
    </w:p>
    <w:p>
      <w:r>
        <w:t>2. Перезагрузите приложение на мобильном устройстве</w:t>
      </w:r>
    </w:p>
    <w:p>
      <w:r>
        <w:t>3. Попробуйте синхронизировать снова</w:t>
      </w:r>
    </w:p>
    <w:p/>
    <w:p>
      <w:pPr>
        <w:pStyle w:val="Heading3"/>
      </w:pPr>
      <w:r>
        <w:t>Нет свободного места на диске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в каком каталоге всё место занято</w:t>
        <w:br/>
        <w:t>du -sh /* | sort -h</w:t>
      </w:r>
    </w:p>
    <w:p/>
    <w:p>
      <w:r>
        <w:t>**Решение:**</w:t>
      </w:r>
    </w:p>
    <w:p/>
    <w:p>
      <w:r>
        <w:t>1. **Удалите старые бэкапы:**</w:t>
      </w:r>
    </w:p>
    <w:p>
      <w:pPr/>
      <w:r>
        <w:rPr>
          <w:rFonts w:ascii="Courier New" w:hAnsi="Courier New"/>
          <w:sz w:val="18"/>
        </w:rPr>
        <w:t>find /backups -name "*.gz" -mtime +30 -delete</w:t>
      </w:r>
    </w:p>
    <w:p/>
    <w:p>
      <w:r>
        <w:t>2. **Очистите временные файлы:**</w:t>
      </w:r>
    </w:p>
    <w:p>
      <w:pPr/>
      <w:r>
        <w:rPr>
          <w:rFonts w:ascii="Courier New" w:hAnsi="Courier New"/>
          <w:sz w:val="18"/>
        </w:rPr>
        <w:t>docker system prune -a</w:t>
      </w:r>
    </w:p>
    <w:p/>
    <w:p>
      <w:r>
        <w:t>3. **Если БД разрастилась, используйте VACUUM:**</w:t>
      </w:r>
    </w:p>
    <w:p>
      <w:pPr/>
      <w:r>
        <w:rPr>
          <w:rFonts w:ascii="Courier New" w:hAnsi="Courier New"/>
          <w:sz w:val="18"/>
        </w:rPr>
        <w:t>docker-compose exec db vacuumdb -U postgres -d mig_rzd</w:t>
      </w:r>
    </w:p>
    <w:p/>
    <w:p>
      <w:pPr>
        <w:pStyle w:val="Heading2"/>
      </w:pPr>
      <w:r>
        <w:t>Контакты и поддержка</w:t>
      </w:r>
    </w:p>
    <w:p/>
    <w:p>
      <w:r>
        <w:t>**Для поддержки:**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**Сообщить об ошибке:**</w:t>
      </w:r>
    </w:p>
    <w:p>
      <w:pPr>
        <w:pStyle w:val="ListBullet"/>
      </w:pPr>
      <w:r>
        <w:t>Используйте функцию **«Отправить отчёт»** в приложении</w:t>
      </w:r>
    </w:p>
    <w:p>
      <w:pPr>
        <w:pStyle w:val="ListBullet"/>
      </w:pPr>
      <w:r>
        <w:t>Администратор получит диагностику и свяжется с вами</w:t>
      </w:r>
    </w:p>
    <w:p/>
    <w:p>
      <w:pPr>
        <w:pStyle w:val="Heading2"/>
      </w:pPr>
      <w:r>
        <w:t>Чеклист при развёртывании</w:t>
      </w:r>
    </w:p>
    <w:p/>
    <w:p>
      <w:pPr>
        <w:pStyle w:val="ListBullet"/>
      </w:pPr>
      <w:r>
        <w:t>[ ] Сервер подготовлен (Docker установлен)</w:t>
      </w:r>
    </w:p>
    <w:p>
      <w:pPr>
        <w:pStyle w:val="ListBullet"/>
      </w:pPr>
      <w:r>
        <w:t>[ ] Репозиторий клонирован</w:t>
      </w:r>
    </w:p>
    <w:p>
      <w:pPr>
        <w:pStyle w:val="ListBullet"/>
      </w:pPr>
      <w:r>
        <w:t>[ ] Файл `.env` создан и заполнен</w:t>
      </w:r>
    </w:p>
    <w:p>
      <w:pPr>
        <w:pStyle w:val="ListBullet"/>
      </w:pPr>
      <w:r>
        <w:t>[ ] Docker-образы собраны</w:t>
      </w:r>
    </w:p>
    <w:p>
      <w:pPr>
        <w:pStyle w:val="ListBullet"/>
      </w:pPr>
      <w:r>
        <w:t>[ ] Контейнеры запущены</w:t>
      </w:r>
    </w:p>
    <w:p>
      <w:pPr>
        <w:pStyle w:val="ListBullet"/>
      </w:pPr>
      <w:r>
        <w:t>[ ] Миграции БД выполнены</w:t>
      </w:r>
    </w:p>
    <w:p>
      <w:pPr>
        <w:pStyle w:val="ListBullet"/>
      </w:pPr>
      <w:r>
        <w:t>[ ] Администратор создан</w:t>
      </w:r>
    </w:p>
    <w:p>
      <w:pPr>
        <w:pStyle w:val="ListBullet"/>
      </w:pPr>
      <w:r>
        <w:t>[ ] Справочники загружены</w:t>
      </w:r>
    </w:p>
    <w:p>
      <w:pPr>
        <w:pStyle w:val="ListBullet"/>
      </w:pPr>
      <w:r>
        <w:t>[ ] SSL-сертификат установлен</w:t>
      </w:r>
    </w:p>
    <w:p>
      <w:pPr>
        <w:pStyle w:val="ListBullet"/>
      </w:pPr>
      <w:r>
        <w:t>[ ] Доменное имя настроено</w:t>
      </w:r>
    </w:p>
    <w:p>
      <w:pPr>
        <w:pStyle w:val="ListBullet"/>
      </w:pPr>
      <w:r>
        <w:t>[ ] Веб-кабинет доступен</w:t>
      </w:r>
    </w:p>
    <w:p>
      <w:pPr>
        <w:pStyle w:val="ListBullet"/>
      </w:pPr>
      <w:r>
        <w:t>[ ] API отвечает на запросы</w:t>
      </w:r>
    </w:p>
    <w:p>
      <w:pPr>
        <w:pStyle w:val="ListBullet"/>
      </w:pPr>
      <w:r>
        <w:t>[ ] Резервное копирование настроено</w:t>
      </w:r>
    </w:p>
    <w:p>
      <w:pPr>
        <w:pStyle w:val="ListBullet"/>
      </w:pPr>
      <w:r>
        <w:t>[ ] Мониторинг настроен</w:t>
      </w:r>
    </w:p>
    <w:p/>
    <w:p>
      <w:pPr>
        <w:pStyle w:val="Heading2"/>
      </w:pPr>
      <w:r>
        <w:t>Дополнительные ресурсы</w:t>
      </w:r>
    </w:p>
    <w:p/>
    <w:p>
      <w:r>
        <w:t>**Документация:**</w:t>
      </w:r>
    </w:p>
    <w:p>
      <w:pPr>
        <w:pStyle w:val="ListBullet"/>
      </w:pPr>
      <w:r>
        <w:t>[Docker Documentation](https://docs.docker.com/)</w:t>
      </w:r>
    </w:p>
    <w:p>
      <w:pPr>
        <w:pStyle w:val="ListBullet"/>
      </w:pPr>
      <w:r>
        <w:t>[PostgreSQL Documentation](https://www.postgresql.org/docs/)</w:t>
      </w:r>
    </w:p>
    <w:p>
      <w:pPr>
        <w:pStyle w:val="ListBullet"/>
      </w:pPr>
      <w:r>
        <w:t>[Django REST Framework](https://www.django-rest-framework.org/)</w:t>
      </w:r>
    </w:p>
    <w:p/>
    <w:p>
      <w:r>
        <w:t>**Поддержка:**</w:t>
      </w:r>
    </w:p>
    <w:p>
      <w:pPr>
        <w:pStyle w:val="ListBullet"/>
      </w:pPr>
      <w:r>
        <w:t>Чат команды разработки</w:t>
      </w:r>
    </w:p>
    <w:p>
      <w:pPr>
        <w:pStyle w:val="ListBullet"/>
      </w:pPr>
      <w:r>
        <w:t>Внутренний wiki компании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 сервера:** 1.0.0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