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ДРП</w:t>
      </w:r>
    </w:p>
    <w:p/>
    <w:p>
      <w:r>
        <w:t xml:space="preserve">**Версия приложения:** 0.0.44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ДРП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ДРП версии 0.0.44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`drp.mig.orbi.su`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DOMAIN=drp.mig.orbi.su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